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76DE4" w14:textId="77777777" w:rsidR="00E468B7" w:rsidRDefault="00E468B7" w:rsidP="00E468B7">
      <w:pPr>
        <w:jc w:val="center"/>
        <w:rPr>
          <w:lang w:val="pl-PL"/>
        </w:rPr>
      </w:pPr>
      <w:r>
        <w:rPr>
          <w:lang w:val="pl-PL"/>
        </w:rPr>
        <w:t xml:space="preserve"> </w:t>
      </w:r>
      <w:r w:rsidRPr="00E468B7">
        <w:rPr>
          <w:noProof/>
          <w:lang w:val="pl-PL"/>
        </w:rPr>
        <w:drawing>
          <wp:inline distT="0" distB="0" distL="0" distR="0" wp14:anchorId="14825680" wp14:editId="673D2345">
            <wp:extent cx="1150620" cy="1150620"/>
            <wp:effectExtent l="0" t="0" r="5080" b="5080"/>
            <wp:docPr id="13614028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028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</w:t>
      </w:r>
      <w:r w:rsidRPr="00E468B7">
        <w:rPr>
          <w:noProof/>
          <w:lang w:val="pl-PL"/>
        </w:rPr>
        <w:drawing>
          <wp:inline distT="0" distB="0" distL="0" distR="0" wp14:anchorId="2F7F05CE" wp14:editId="370E6D5A">
            <wp:extent cx="2026920" cy="2026920"/>
            <wp:effectExtent l="0" t="0" r="0" b="0"/>
            <wp:docPr id="18450695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69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 w:rsidR="00FB4546">
        <w:rPr>
          <w:lang w:val="pl-PL"/>
        </w:rPr>
        <w:t xml:space="preserve">   </w:t>
      </w:r>
      <w:r>
        <w:rPr>
          <w:lang w:val="pl-PL"/>
        </w:rPr>
        <w:t xml:space="preserve">         </w:t>
      </w:r>
      <w:r w:rsidR="001F6756" w:rsidRPr="00D5790B">
        <w:rPr>
          <w:rFonts w:cstheme="minorHAnsi"/>
          <w:b/>
          <w:noProof/>
        </w:rPr>
        <w:drawing>
          <wp:inline distT="0" distB="0" distL="0" distR="0" wp14:anchorId="3F85F468" wp14:editId="10FE040A">
            <wp:extent cx="1233182" cy="814620"/>
            <wp:effectExtent l="0" t="0" r="0" b="0"/>
            <wp:docPr id="40183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3798" name=""/>
                    <pic:cNvPicPr/>
                  </pic:nvPicPr>
                  <pic:blipFill rotWithShape="1">
                    <a:blip r:embed="rId10"/>
                    <a:srcRect l="39443" t="47277" r="21821" b="859"/>
                    <a:stretch/>
                  </pic:blipFill>
                  <pic:spPr bwMode="auto">
                    <a:xfrm>
                      <a:off x="0" y="0"/>
                      <a:ext cx="1290282" cy="85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FC395" w14:textId="77777777" w:rsidR="00E468B7" w:rsidRDefault="00E468B7" w:rsidP="00E77508">
      <w:pPr>
        <w:jc w:val="center"/>
        <w:rPr>
          <w:lang w:val="pl-PL"/>
        </w:rPr>
      </w:pPr>
    </w:p>
    <w:p w14:paraId="738EF95A" w14:textId="77777777" w:rsidR="007D3EA8" w:rsidRPr="00E77508" w:rsidRDefault="00000000" w:rsidP="00E77508">
      <w:pPr>
        <w:jc w:val="center"/>
        <w:rPr>
          <w:lang w:val="pl-PL"/>
        </w:rPr>
      </w:pPr>
      <w:r w:rsidRPr="00E77508">
        <w:rPr>
          <w:lang w:val="pl-PL"/>
        </w:rPr>
        <w:t>REGULAMIN KONKURSU KULINARNEGO</w:t>
      </w:r>
    </w:p>
    <w:p w14:paraId="4F00E3CF" w14:textId="77777777" w:rsidR="007D3EA8" w:rsidRPr="00E77508" w:rsidRDefault="00000000" w:rsidP="00E77508">
      <w:pPr>
        <w:jc w:val="center"/>
        <w:rPr>
          <w:lang w:val="pl-PL"/>
        </w:rPr>
      </w:pPr>
      <w:r w:rsidRPr="00E77508">
        <w:rPr>
          <w:lang w:val="pl-PL"/>
        </w:rPr>
        <w:t xml:space="preserve">„TRADYCJE KUCHNI POLSKIEJ” </w:t>
      </w:r>
      <w:r w:rsidR="00A013A9">
        <w:rPr>
          <w:lang w:val="pl-PL"/>
        </w:rPr>
        <w:t xml:space="preserve">- </w:t>
      </w:r>
      <w:r w:rsidRPr="00E77508">
        <w:rPr>
          <w:lang w:val="pl-PL"/>
        </w:rPr>
        <w:t xml:space="preserve"> EDYCJA PIERWSZA</w:t>
      </w:r>
    </w:p>
    <w:p w14:paraId="70306E9D" w14:textId="77777777" w:rsidR="007D3EA8" w:rsidRPr="00E77508" w:rsidRDefault="00000000" w:rsidP="00E77508">
      <w:pPr>
        <w:jc w:val="center"/>
        <w:rPr>
          <w:lang w:val="pl-PL"/>
        </w:rPr>
      </w:pPr>
      <w:proofErr w:type="spellStart"/>
      <w:r w:rsidRPr="00E77508">
        <w:rPr>
          <w:lang w:val="pl-PL"/>
        </w:rPr>
        <w:t>EuroGastro</w:t>
      </w:r>
      <w:proofErr w:type="spellEnd"/>
      <w:r w:rsidRPr="00E77508">
        <w:rPr>
          <w:lang w:val="pl-PL"/>
        </w:rPr>
        <w:t xml:space="preserve"> 2026 – 11 marca 2026</w:t>
      </w:r>
    </w:p>
    <w:p w14:paraId="0D1064E4" w14:textId="77777777" w:rsidR="007D3EA8" w:rsidRPr="00E77508" w:rsidRDefault="007D3EA8">
      <w:pPr>
        <w:rPr>
          <w:lang w:val="pl-PL"/>
        </w:rPr>
      </w:pPr>
    </w:p>
    <w:p w14:paraId="48FB2903" w14:textId="77777777" w:rsidR="007D3EA8" w:rsidRPr="00620607" w:rsidRDefault="00000000" w:rsidP="00E77508">
      <w:pPr>
        <w:jc w:val="center"/>
        <w:rPr>
          <w:b/>
          <w:bCs/>
          <w:lang w:val="pl-PL"/>
        </w:rPr>
      </w:pPr>
      <w:r w:rsidRPr="00620607">
        <w:rPr>
          <w:b/>
          <w:bCs/>
          <w:lang w:val="pl-PL"/>
        </w:rPr>
        <w:t>§ 1 INFORMACJE OGÓLNE</w:t>
      </w:r>
    </w:p>
    <w:p w14:paraId="66613C0B" w14:textId="77777777" w:rsidR="007D3EA8" w:rsidRPr="00620607" w:rsidRDefault="00000000" w:rsidP="00620607">
      <w:pPr>
        <w:pStyle w:val="Akapitzlist"/>
        <w:numPr>
          <w:ilvl w:val="1"/>
          <w:numId w:val="17"/>
        </w:numPr>
        <w:rPr>
          <w:sz w:val="24"/>
          <w:szCs w:val="24"/>
          <w:lang w:val="pl-PL"/>
        </w:rPr>
      </w:pPr>
      <w:r w:rsidRPr="00620607">
        <w:rPr>
          <w:sz w:val="24"/>
          <w:szCs w:val="24"/>
          <w:lang w:val="pl-PL"/>
        </w:rPr>
        <w:t xml:space="preserve">Organizatorem konkursu kulinarnego „Tradycje Kuchni Polskiej” – Edycja Pierwsza jest </w:t>
      </w:r>
      <w:r w:rsidR="00E77508" w:rsidRPr="00620607">
        <w:rPr>
          <w:b/>
          <w:bCs/>
          <w:sz w:val="24"/>
          <w:szCs w:val="24"/>
          <w:lang w:val="pl-PL"/>
        </w:rPr>
        <w:t>Ogólnopolskie Stowarzyszenie Szefów Kuchni i Cukierni</w:t>
      </w:r>
      <w:r w:rsidRPr="00620607">
        <w:rPr>
          <w:sz w:val="24"/>
          <w:szCs w:val="24"/>
          <w:lang w:val="pl-PL"/>
        </w:rPr>
        <w:t>.</w:t>
      </w:r>
    </w:p>
    <w:p w14:paraId="3B4957AD" w14:textId="77777777" w:rsidR="007D3EA8" w:rsidRPr="00620607" w:rsidRDefault="00000000" w:rsidP="00620607">
      <w:pPr>
        <w:pStyle w:val="Akapitzlist"/>
        <w:numPr>
          <w:ilvl w:val="1"/>
          <w:numId w:val="17"/>
        </w:numPr>
        <w:rPr>
          <w:sz w:val="24"/>
          <w:szCs w:val="24"/>
          <w:lang w:val="pl-PL"/>
        </w:rPr>
      </w:pPr>
      <w:r w:rsidRPr="00620607">
        <w:rPr>
          <w:sz w:val="24"/>
          <w:szCs w:val="24"/>
          <w:lang w:val="pl-PL"/>
        </w:rPr>
        <w:t xml:space="preserve">Konkurs odbędzie się podczas targów </w:t>
      </w:r>
      <w:proofErr w:type="spellStart"/>
      <w:r w:rsidRPr="00620607">
        <w:rPr>
          <w:sz w:val="24"/>
          <w:szCs w:val="24"/>
          <w:lang w:val="pl-PL"/>
        </w:rPr>
        <w:t>EuroGastro</w:t>
      </w:r>
      <w:proofErr w:type="spellEnd"/>
      <w:r w:rsidRPr="00620607">
        <w:rPr>
          <w:sz w:val="24"/>
          <w:szCs w:val="24"/>
          <w:lang w:val="pl-PL"/>
        </w:rPr>
        <w:t xml:space="preserve"> 2026, w dniu 11 marca 2026 r.</w:t>
      </w:r>
    </w:p>
    <w:p w14:paraId="07B54DFC" w14:textId="77777777" w:rsidR="007D3EA8" w:rsidRPr="00620607" w:rsidRDefault="00000000" w:rsidP="00620607">
      <w:pPr>
        <w:pStyle w:val="Akapitzlist"/>
        <w:numPr>
          <w:ilvl w:val="1"/>
          <w:numId w:val="17"/>
        </w:numPr>
        <w:rPr>
          <w:sz w:val="24"/>
          <w:szCs w:val="24"/>
          <w:lang w:val="pl-PL"/>
        </w:rPr>
      </w:pPr>
      <w:r w:rsidRPr="00620607">
        <w:rPr>
          <w:sz w:val="24"/>
          <w:szCs w:val="24"/>
          <w:lang w:val="pl-PL"/>
        </w:rPr>
        <w:t>Konkurs ma zasięg ogólnopolski i skierowany jest do czynnych zawodowo kucharzy i cukierników.</w:t>
      </w:r>
    </w:p>
    <w:p w14:paraId="517D709F" w14:textId="77777777" w:rsidR="007D3EA8" w:rsidRPr="00620607" w:rsidRDefault="00000000" w:rsidP="00620607">
      <w:pPr>
        <w:pStyle w:val="Akapitzlist"/>
        <w:numPr>
          <w:ilvl w:val="1"/>
          <w:numId w:val="17"/>
        </w:numPr>
        <w:rPr>
          <w:sz w:val="24"/>
          <w:szCs w:val="24"/>
          <w:lang w:val="pl-PL"/>
        </w:rPr>
      </w:pPr>
      <w:r w:rsidRPr="00620607">
        <w:rPr>
          <w:sz w:val="24"/>
          <w:szCs w:val="24"/>
          <w:lang w:val="pl-PL"/>
        </w:rPr>
        <w:t>Celem konkursu jest promocja kuchni polskiej, podnoszenie kwalifikacji zawodowych, integracja środowiska gastronomicznego.</w:t>
      </w:r>
    </w:p>
    <w:p w14:paraId="545666D1" w14:textId="77777777" w:rsidR="00E77508" w:rsidRPr="00620607" w:rsidRDefault="00E77508" w:rsidP="00620607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Konkurs organizowany jest w ramach trwających targów branży gastronomicznej </w:t>
      </w:r>
      <w:proofErr w:type="spellStart"/>
      <w:r w:rsidRPr="00620607">
        <w:rPr>
          <w:rFonts w:cstheme="minorHAnsi"/>
          <w:sz w:val="24"/>
          <w:szCs w:val="24"/>
          <w:lang w:val="pl-PL"/>
        </w:rPr>
        <w:t>EuroGastro</w:t>
      </w:r>
      <w:proofErr w:type="spellEnd"/>
      <w:r w:rsidRPr="00620607">
        <w:rPr>
          <w:rFonts w:cstheme="minorHAnsi"/>
          <w:sz w:val="24"/>
          <w:szCs w:val="24"/>
          <w:lang w:val="pl-PL"/>
        </w:rPr>
        <w:t xml:space="preserve"> 2026 które odbywają się w dniach 10-12.03.2026 roku.</w:t>
      </w:r>
    </w:p>
    <w:p w14:paraId="11B33EB7" w14:textId="77777777" w:rsidR="00E77508" w:rsidRPr="00620607" w:rsidRDefault="00E77508" w:rsidP="00620607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Uczestnicy konkursu powinni wykazywać się znajomością przygotowywania dań konkursowych z obowiązującymi światowymi trendami.</w:t>
      </w:r>
    </w:p>
    <w:p w14:paraId="24799D57" w14:textId="77777777" w:rsidR="00E77508" w:rsidRPr="00620607" w:rsidRDefault="00E77508" w:rsidP="00620607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Niniejszy regulamin jest jedynym dokumentem określającym zasady konkursu, chyba że wprost z regulaminu wynika odesłanie do innych dokumentów, lub źródeł informacji zawierających opis określonych elementów konkursu</w:t>
      </w:r>
    </w:p>
    <w:p w14:paraId="6895E88C" w14:textId="77777777" w:rsidR="00E77508" w:rsidRPr="00E77508" w:rsidRDefault="00E77508" w:rsidP="00E77508">
      <w:pPr>
        <w:pStyle w:val="Akapitzlist"/>
        <w:rPr>
          <w:lang w:val="pl-PL"/>
        </w:rPr>
      </w:pPr>
    </w:p>
    <w:p w14:paraId="5A0729CF" w14:textId="77777777" w:rsidR="007D3EA8" w:rsidRPr="00E77508" w:rsidRDefault="007D3EA8">
      <w:pPr>
        <w:rPr>
          <w:lang w:val="pl-PL"/>
        </w:rPr>
      </w:pPr>
    </w:p>
    <w:p w14:paraId="5FDBDA11" w14:textId="77777777" w:rsidR="00FB4546" w:rsidRDefault="00FB4546" w:rsidP="00E77508">
      <w:pPr>
        <w:jc w:val="center"/>
        <w:rPr>
          <w:b/>
          <w:bCs/>
          <w:lang w:val="pl-PL"/>
        </w:rPr>
      </w:pPr>
    </w:p>
    <w:p w14:paraId="10499F49" w14:textId="77777777" w:rsidR="00FB4546" w:rsidRDefault="00FB4546" w:rsidP="00E77508">
      <w:pPr>
        <w:jc w:val="center"/>
        <w:rPr>
          <w:b/>
          <w:bCs/>
          <w:lang w:val="pl-PL"/>
        </w:rPr>
      </w:pPr>
    </w:p>
    <w:p w14:paraId="73707694" w14:textId="77777777" w:rsidR="007D3EA8" w:rsidRPr="00E77508" w:rsidRDefault="00000000" w:rsidP="00E77508">
      <w:pPr>
        <w:jc w:val="center"/>
        <w:rPr>
          <w:b/>
          <w:bCs/>
          <w:lang w:val="pl-PL"/>
        </w:rPr>
      </w:pPr>
      <w:r w:rsidRPr="00E77508">
        <w:rPr>
          <w:b/>
          <w:bCs/>
          <w:lang w:val="pl-PL"/>
        </w:rPr>
        <w:t>§ 2 UCZESTNICTWO W KONKURSIE</w:t>
      </w:r>
    </w:p>
    <w:p w14:paraId="3C81FB69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Konkurs skierowany jest do osób fizycznych – szefów kuchni, kucharzy, cukierników, będących czynnymi w zawodzie których określa się </w:t>
      </w:r>
      <w:r w:rsidR="005B7FCD">
        <w:rPr>
          <w:rFonts w:cstheme="minorHAnsi"/>
          <w:sz w:val="24"/>
          <w:szCs w:val="24"/>
          <w:lang w:val="pl-PL"/>
        </w:rPr>
        <w:t>jako</w:t>
      </w:r>
    </w:p>
    <w:p w14:paraId="6196B77F" w14:textId="77777777" w:rsidR="00620607" w:rsidRPr="00620607" w:rsidRDefault="00620607" w:rsidP="00B038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a) szefów kuchni, kucharzy pracujących zawodowo (świadczących usługi gastronomiczne) w restauracjach, restauracjach hotelowych na terenie Polski (bez względu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620607">
        <w:rPr>
          <w:rFonts w:cstheme="minorHAnsi"/>
          <w:sz w:val="24"/>
          <w:szCs w:val="24"/>
          <w:lang w:val="pl-PL"/>
        </w:rPr>
        <w:t xml:space="preserve">na podstawę prawną świadczenia usług gastronomicznych) </w:t>
      </w:r>
    </w:p>
    <w:p w14:paraId="6E0A607F" w14:textId="77777777" w:rsidR="00620607" w:rsidRPr="00620607" w:rsidRDefault="00620607" w:rsidP="00B038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b) szefów kuchni, kucharzy mających przerwę w pracy zawodowej nie dłuższą niż jeden rok licząc od daty Konkursu, pod warunkiem że ostatnim miejscem, w którym świadczyli usługi gastronomiczne jest restauracja</w:t>
      </w:r>
      <w:r w:rsidR="00EE3C68">
        <w:rPr>
          <w:rFonts w:cstheme="minorHAnsi"/>
          <w:sz w:val="24"/>
          <w:szCs w:val="24"/>
          <w:lang w:val="pl-PL"/>
        </w:rPr>
        <w:t>/hotel</w:t>
      </w:r>
      <w:r w:rsidRPr="00620607">
        <w:rPr>
          <w:rFonts w:cstheme="minorHAnsi"/>
          <w:sz w:val="24"/>
          <w:szCs w:val="24"/>
          <w:lang w:val="pl-PL"/>
        </w:rPr>
        <w:t xml:space="preserve"> na terenie Polski a Uczestnik – wraz ze zgłoszeniem - złoży w tym zakresie stosowne oświadczenie.</w:t>
      </w:r>
    </w:p>
    <w:p w14:paraId="1F24CE6B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Do udziału w konkursie zostanie zakwalifikowanych </w:t>
      </w:r>
      <w:r w:rsidR="00EE3C68">
        <w:rPr>
          <w:rFonts w:cstheme="minorHAnsi"/>
          <w:sz w:val="24"/>
          <w:szCs w:val="24"/>
          <w:lang w:val="pl-PL"/>
        </w:rPr>
        <w:t>8</w:t>
      </w:r>
      <w:r w:rsidRPr="00620607">
        <w:rPr>
          <w:rFonts w:cstheme="minorHAnsi"/>
          <w:sz w:val="24"/>
          <w:szCs w:val="24"/>
          <w:lang w:val="pl-PL"/>
        </w:rPr>
        <w:t xml:space="preserve"> ekip dwuosobowych (szef + pomocnik) wyłonionych w drodze eliminacji spośród nadesłanych zgłoszeń </w:t>
      </w:r>
    </w:p>
    <w:p w14:paraId="620F9019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Wybór zakwalifikowanych zespołów odbędzie się na podstawie oceny portfolio szefa zespołu, jego dań z karty menu, jego autorskich receptur oraz przebiegu kariery</w:t>
      </w:r>
    </w:p>
    <w:p w14:paraId="0A17F5E3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Wybór podejmować będzie Organizator konkursu  </w:t>
      </w:r>
    </w:p>
    <w:p w14:paraId="5440C108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Każdy </w:t>
      </w:r>
      <w:r w:rsidRPr="00620607">
        <w:rPr>
          <w:rFonts w:cstheme="minorHAnsi"/>
          <w:sz w:val="24"/>
          <w:szCs w:val="24"/>
          <w:highlight w:val="white"/>
          <w:lang w:val="pl-PL"/>
        </w:rPr>
        <w:t xml:space="preserve">uczestnik Konkursu lub jego zakład, pracodawca pokrywa koszty przejazdu oraz produktów </w:t>
      </w:r>
      <w:r w:rsidRPr="00620607">
        <w:rPr>
          <w:rFonts w:cstheme="minorHAnsi"/>
          <w:sz w:val="24"/>
          <w:szCs w:val="24"/>
          <w:lang w:val="pl-PL"/>
        </w:rPr>
        <w:t xml:space="preserve">użytych do wykonania dań konkursowych </w:t>
      </w:r>
    </w:p>
    <w:p w14:paraId="533A3941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Każdy zespół przesyła </w:t>
      </w:r>
      <w:r w:rsidR="00B038CD">
        <w:rPr>
          <w:rFonts w:cstheme="minorHAnsi"/>
          <w:sz w:val="24"/>
          <w:szCs w:val="24"/>
          <w:lang w:val="pl-PL"/>
        </w:rPr>
        <w:t>3</w:t>
      </w:r>
      <w:r w:rsidRPr="00620607">
        <w:rPr>
          <w:rFonts w:cstheme="minorHAnsi"/>
          <w:sz w:val="24"/>
          <w:szCs w:val="24"/>
          <w:lang w:val="pl-PL"/>
        </w:rPr>
        <w:t xml:space="preserve"> zdjęcia dań restauracyjnych oraz 2 zdjęcia</w:t>
      </w:r>
      <w:r w:rsidR="00A013A9">
        <w:rPr>
          <w:rFonts w:cstheme="minorHAnsi"/>
          <w:sz w:val="24"/>
          <w:szCs w:val="24"/>
          <w:lang w:val="pl-PL"/>
        </w:rPr>
        <w:t xml:space="preserve">  </w:t>
      </w:r>
      <w:r w:rsidRPr="00620607">
        <w:rPr>
          <w:rFonts w:cstheme="minorHAnsi"/>
          <w:sz w:val="24"/>
          <w:szCs w:val="24"/>
          <w:lang w:val="pl-PL"/>
        </w:rPr>
        <w:t>deserów do których posiada prawa autorskie (całość nie musi odnosić się do tematyki konkursu), plus krótki opis ścieżki kariery Szefa ekipy.</w:t>
      </w:r>
    </w:p>
    <w:p w14:paraId="7BB35B49" w14:textId="77777777" w:rsid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Zgłoszenia do konkursu dokonuje Uczestnik lub osoba uprawniona do reprezentowania Uczestnika drogą elektroniczna na adres </w:t>
      </w:r>
      <w:hyperlink r:id="rId11" w:history="1">
        <w:r w:rsidR="00B038CD" w:rsidRPr="00B038CD">
          <w:rPr>
            <w:rStyle w:val="Hipercze"/>
            <w:rFonts w:cstheme="minorHAnsi"/>
            <w:sz w:val="24"/>
            <w:szCs w:val="24"/>
            <w:lang w:val="pl-PL"/>
          </w:rPr>
          <w:t>sekretariat@osskic.org.pl</w:t>
        </w:r>
      </w:hyperlink>
    </w:p>
    <w:p w14:paraId="2AC1F635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E0F1E4D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550A6203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A5EF89E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8746B9C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255131F1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36F59E2D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7C203F6" w14:textId="77777777" w:rsidR="00FB4546" w:rsidRPr="00620607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391E9F27" w14:textId="77777777" w:rsidR="00620607" w:rsidRPr="00D65043" w:rsidRDefault="00620607" w:rsidP="00620607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cstheme="minorHAnsi"/>
          <w:sz w:val="24"/>
          <w:szCs w:val="24"/>
        </w:rPr>
      </w:pPr>
      <w:proofErr w:type="spellStart"/>
      <w:r w:rsidRPr="00D65043">
        <w:rPr>
          <w:rFonts w:cstheme="minorHAnsi"/>
          <w:sz w:val="24"/>
          <w:szCs w:val="24"/>
        </w:rPr>
        <w:t>Zgłoszenie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powinno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zawierać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</w:p>
    <w:p w14:paraId="66CC6A24" w14:textId="77777777" w:rsidR="00620607" w:rsidRPr="00620607" w:rsidRDefault="00A013A9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i</w:t>
      </w:r>
      <w:r w:rsidR="00620607" w:rsidRPr="00620607">
        <w:rPr>
          <w:rFonts w:cstheme="minorHAnsi"/>
          <w:sz w:val="24"/>
          <w:szCs w:val="24"/>
          <w:lang w:val="pl-PL"/>
        </w:rPr>
        <w:t xml:space="preserve">miona i nazwiska członków ekipy z zaznaczeniem Szefa zespołu </w:t>
      </w:r>
    </w:p>
    <w:p w14:paraId="4B10D226" w14:textId="77777777" w:rsidR="00620607" w:rsidRPr="00A013A9" w:rsidRDefault="00A013A9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A013A9">
        <w:rPr>
          <w:rFonts w:cstheme="minorHAnsi"/>
          <w:sz w:val="24"/>
          <w:szCs w:val="24"/>
          <w:lang w:val="pl-PL"/>
        </w:rPr>
        <w:t>t</w:t>
      </w:r>
      <w:r w:rsidR="00620607" w:rsidRPr="00A013A9">
        <w:rPr>
          <w:rFonts w:cstheme="minorHAnsi"/>
          <w:sz w:val="24"/>
          <w:szCs w:val="24"/>
          <w:lang w:val="pl-PL"/>
        </w:rPr>
        <w:t xml:space="preserve">elefon kontaktowy do Szefa zespołu </w:t>
      </w:r>
    </w:p>
    <w:p w14:paraId="5F5AEB4C" w14:textId="77777777" w:rsidR="00620607" w:rsidRPr="00D65043" w:rsidRDefault="00A013A9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620607" w:rsidRPr="00D65043">
        <w:rPr>
          <w:rFonts w:cstheme="minorHAnsi"/>
          <w:sz w:val="24"/>
          <w:szCs w:val="24"/>
        </w:rPr>
        <w:t xml:space="preserve">-mail </w:t>
      </w:r>
      <w:proofErr w:type="spellStart"/>
      <w:r w:rsidR="00620607" w:rsidRPr="00D65043">
        <w:rPr>
          <w:rFonts w:cstheme="minorHAnsi"/>
          <w:sz w:val="24"/>
          <w:szCs w:val="24"/>
        </w:rPr>
        <w:t>kontaktowy</w:t>
      </w:r>
      <w:proofErr w:type="spellEnd"/>
      <w:r w:rsidR="00620607" w:rsidRPr="00D65043">
        <w:rPr>
          <w:rFonts w:cstheme="minorHAnsi"/>
          <w:sz w:val="24"/>
          <w:szCs w:val="24"/>
        </w:rPr>
        <w:t xml:space="preserve"> </w:t>
      </w:r>
    </w:p>
    <w:p w14:paraId="3E01A73D" w14:textId="77777777" w:rsidR="00620607" w:rsidRPr="00620607" w:rsidRDefault="00A013A9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n</w:t>
      </w:r>
      <w:r w:rsidR="00620607" w:rsidRPr="00620607">
        <w:rPr>
          <w:rFonts w:cstheme="minorHAnsi"/>
          <w:sz w:val="24"/>
          <w:szCs w:val="24"/>
          <w:lang w:val="pl-PL"/>
        </w:rPr>
        <w:t xml:space="preserve">azwa restauracji w której pracują uczestnicy </w:t>
      </w:r>
    </w:p>
    <w:p w14:paraId="6079A6D3" w14:textId="77777777" w:rsidR="00620607" w:rsidRPr="00D65043" w:rsidRDefault="00620607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</w:rPr>
      </w:pPr>
      <w:proofErr w:type="spellStart"/>
      <w:r w:rsidRPr="00D65043">
        <w:rPr>
          <w:rFonts w:cstheme="minorHAnsi"/>
          <w:sz w:val="24"/>
          <w:szCs w:val="24"/>
        </w:rPr>
        <w:t>rozmiar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bluzy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kucharskiej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uczestników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</w:p>
    <w:p w14:paraId="3601DA6C" w14:textId="77777777" w:rsidR="00620607" w:rsidRPr="00620607" w:rsidRDefault="00620607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opis kariery zawodowej szefa zespołu w kilku zdaniach </w:t>
      </w:r>
    </w:p>
    <w:p w14:paraId="00253F0C" w14:textId="77777777" w:rsidR="00620607" w:rsidRPr="00620607" w:rsidRDefault="00620607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oświadczenie o zapoznaniu się z Regulaminem i akceptacji Regulaminu</w:t>
      </w:r>
    </w:p>
    <w:p w14:paraId="2FF072B9" w14:textId="77777777" w:rsidR="00620607" w:rsidRPr="00B038CD" w:rsidRDefault="00620607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opis dań</w:t>
      </w:r>
      <w:r w:rsidR="00B038CD">
        <w:rPr>
          <w:rFonts w:cstheme="minorHAnsi"/>
          <w:sz w:val="24"/>
          <w:szCs w:val="24"/>
          <w:lang w:val="pl-PL"/>
        </w:rPr>
        <w:t xml:space="preserve"> wraz ze zdjęciem</w:t>
      </w:r>
      <w:r w:rsidRPr="00620607">
        <w:rPr>
          <w:rFonts w:cstheme="minorHAnsi"/>
          <w:sz w:val="24"/>
          <w:szCs w:val="24"/>
          <w:lang w:val="pl-PL"/>
        </w:rPr>
        <w:t xml:space="preserve"> w tym: nazwa, opis procesu technologicznego</w:t>
      </w:r>
    </w:p>
    <w:p w14:paraId="366DE200" w14:textId="77777777" w:rsidR="00620607" w:rsidRPr="00620607" w:rsidRDefault="00620607" w:rsidP="00B038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zgodę każdego z uczestników na przetwarzanie danych osobowych oraz wykorzystanie wizerunku na potrzeby marketingowe konkursu </w:t>
      </w:r>
    </w:p>
    <w:p w14:paraId="3083E41B" w14:textId="0CD7DB0B" w:rsidR="00620607" w:rsidRPr="00B038CD" w:rsidRDefault="00620607" w:rsidP="00620607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cstheme="minorHAnsi"/>
          <w:sz w:val="24"/>
          <w:szCs w:val="24"/>
          <w:lang w:val="pl-PL"/>
        </w:rPr>
      </w:pPr>
      <w:bookmarkStart w:id="0" w:name="_Hlk181621905"/>
      <w:r w:rsidRPr="00620607">
        <w:rPr>
          <w:rFonts w:cstheme="minorHAnsi"/>
          <w:sz w:val="24"/>
          <w:szCs w:val="24"/>
          <w:lang w:val="pl-PL"/>
        </w:rPr>
        <w:t xml:space="preserve">Termin nadsyłania zgłoszeń do konkursu zostaje ustalony do dnia </w:t>
      </w:r>
      <w:bookmarkStart w:id="1" w:name="_Hlk181622077"/>
      <w:r w:rsidRPr="00620607">
        <w:rPr>
          <w:rFonts w:cstheme="minorHAnsi"/>
          <w:sz w:val="24"/>
          <w:szCs w:val="24"/>
          <w:lang w:val="pl-PL"/>
        </w:rPr>
        <w:t>31.0</w:t>
      </w:r>
      <w:r w:rsidR="00B038CD">
        <w:rPr>
          <w:rFonts w:cstheme="minorHAnsi"/>
          <w:sz w:val="24"/>
          <w:szCs w:val="24"/>
          <w:lang w:val="pl-PL"/>
        </w:rPr>
        <w:t>1</w:t>
      </w:r>
      <w:r w:rsidRPr="00620607">
        <w:rPr>
          <w:rFonts w:cstheme="minorHAnsi"/>
          <w:sz w:val="24"/>
          <w:szCs w:val="24"/>
          <w:lang w:val="pl-PL"/>
        </w:rPr>
        <w:t>.2026 roku do godziny 22.00. Lista zakwalifikowanych uczestników zostanie podana do publicznej wiadomości do dnia 1</w:t>
      </w:r>
      <w:r w:rsidR="00B038CD">
        <w:rPr>
          <w:rFonts w:cstheme="minorHAnsi"/>
          <w:sz w:val="24"/>
          <w:szCs w:val="24"/>
          <w:lang w:val="pl-PL"/>
        </w:rPr>
        <w:t>0</w:t>
      </w:r>
      <w:r w:rsidRPr="00620607">
        <w:rPr>
          <w:rFonts w:cstheme="minorHAnsi"/>
          <w:sz w:val="24"/>
          <w:szCs w:val="24"/>
          <w:lang w:val="pl-PL"/>
        </w:rPr>
        <w:t>.0</w:t>
      </w:r>
      <w:r w:rsidR="00B038CD">
        <w:rPr>
          <w:rFonts w:cstheme="minorHAnsi"/>
          <w:sz w:val="24"/>
          <w:szCs w:val="24"/>
          <w:lang w:val="pl-PL"/>
        </w:rPr>
        <w:t>2</w:t>
      </w:r>
      <w:r w:rsidRPr="00620607">
        <w:rPr>
          <w:rFonts w:cstheme="minorHAnsi"/>
          <w:sz w:val="24"/>
          <w:szCs w:val="24"/>
          <w:lang w:val="pl-PL"/>
        </w:rPr>
        <w:t xml:space="preserve">.2026 roku, </w:t>
      </w:r>
      <w:bookmarkStart w:id="2" w:name="_Hlk181622001"/>
      <w:r w:rsidRPr="00620607">
        <w:rPr>
          <w:rFonts w:cstheme="minorHAnsi"/>
          <w:sz w:val="24"/>
          <w:szCs w:val="24"/>
          <w:lang w:val="pl-PL"/>
        </w:rPr>
        <w:t xml:space="preserve">oraz wysłana drogą mailową do szefa każdego z zakwalifikowanych zespołów. </w:t>
      </w:r>
      <w:r w:rsidRPr="00B038CD">
        <w:rPr>
          <w:rFonts w:cstheme="minorHAnsi"/>
          <w:sz w:val="24"/>
          <w:szCs w:val="24"/>
          <w:lang w:val="pl-PL"/>
        </w:rPr>
        <w:t xml:space="preserve">Druk zgłoszenia do pobrania: </w:t>
      </w:r>
      <w:hyperlink r:id="rId12" w:history="1">
        <w:r w:rsidR="000B38FA">
          <w:rPr>
            <w:rStyle w:val="Hipercze"/>
            <w:lang w:val="pl-PL"/>
          </w:rPr>
          <w:t>regulamin tradycje kuchni polskiej 2026.docx</w:t>
        </w:r>
      </w:hyperlink>
    </w:p>
    <w:bookmarkEnd w:id="0"/>
    <w:bookmarkEnd w:id="1"/>
    <w:bookmarkEnd w:id="2"/>
    <w:p w14:paraId="4ED2ABEF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b/>
          <w:sz w:val="24"/>
          <w:szCs w:val="24"/>
          <w:lang w:val="pl-PL"/>
        </w:rPr>
      </w:pPr>
      <w:r w:rsidRPr="00620607">
        <w:rPr>
          <w:rFonts w:cstheme="minorHAnsi"/>
          <w:b/>
          <w:sz w:val="24"/>
          <w:szCs w:val="24"/>
          <w:lang w:val="pl-PL"/>
        </w:rPr>
        <w:t xml:space="preserve">Zakwalifikowane ekipy zobowiązane są do potwierdzenia swojego udziału w konkursie do dnia </w:t>
      </w:r>
      <w:r w:rsidR="00B038CD">
        <w:rPr>
          <w:rFonts w:cstheme="minorHAnsi"/>
          <w:b/>
          <w:sz w:val="24"/>
          <w:szCs w:val="24"/>
          <w:lang w:val="pl-PL"/>
        </w:rPr>
        <w:t>15</w:t>
      </w:r>
      <w:r w:rsidRPr="00620607">
        <w:rPr>
          <w:rFonts w:cstheme="minorHAnsi"/>
          <w:b/>
          <w:sz w:val="24"/>
          <w:szCs w:val="24"/>
          <w:lang w:val="pl-PL"/>
        </w:rPr>
        <w:t>.0</w:t>
      </w:r>
      <w:r w:rsidR="00B038CD">
        <w:rPr>
          <w:rFonts w:cstheme="minorHAnsi"/>
          <w:b/>
          <w:sz w:val="24"/>
          <w:szCs w:val="24"/>
          <w:lang w:val="pl-PL"/>
        </w:rPr>
        <w:t>2</w:t>
      </w:r>
      <w:r w:rsidRPr="00620607">
        <w:rPr>
          <w:rFonts w:cstheme="minorHAnsi"/>
          <w:b/>
          <w:sz w:val="24"/>
          <w:szCs w:val="24"/>
          <w:lang w:val="pl-PL"/>
        </w:rPr>
        <w:t xml:space="preserve">.2026 roku droga mailową na adres </w:t>
      </w:r>
      <w:hyperlink r:id="rId13" w:history="1">
        <w:r w:rsidR="00B038CD" w:rsidRPr="00B038CD">
          <w:rPr>
            <w:rStyle w:val="Hipercze"/>
            <w:rFonts w:cstheme="minorHAnsi"/>
            <w:sz w:val="24"/>
            <w:szCs w:val="24"/>
            <w:lang w:val="pl-PL"/>
          </w:rPr>
          <w:t>sekretariat@osskic.org.pl</w:t>
        </w:r>
      </w:hyperlink>
    </w:p>
    <w:p w14:paraId="031ADEA6" w14:textId="77777777" w:rsidR="00620607" w:rsidRPr="00620607" w:rsidRDefault="00620607" w:rsidP="00B038C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b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 xml:space="preserve">W przypadku zmiany szefa zespołu oraz uczestników należy zgłosić to organizatorowi do dnia </w:t>
      </w:r>
      <w:r w:rsidR="00B038CD">
        <w:rPr>
          <w:rFonts w:cstheme="minorHAnsi"/>
          <w:sz w:val="24"/>
          <w:szCs w:val="24"/>
          <w:lang w:val="pl-PL"/>
        </w:rPr>
        <w:t>28</w:t>
      </w:r>
      <w:r w:rsidRPr="00620607">
        <w:rPr>
          <w:rFonts w:cstheme="minorHAnsi"/>
          <w:sz w:val="24"/>
          <w:szCs w:val="24"/>
          <w:lang w:val="pl-PL"/>
        </w:rPr>
        <w:t>.</w:t>
      </w:r>
      <w:r w:rsidR="00B038CD">
        <w:rPr>
          <w:rFonts w:cstheme="minorHAnsi"/>
          <w:sz w:val="24"/>
          <w:szCs w:val="24"/>
          <w:lang w:val="pl-PL"/>
        </w:rPr>
        <w:t>02</w:t>
      </w:r>
      <w:r w:rsidRPr="00620607">
        <w:rPr>
          <w:rFonts w:cstheme="minorHAnsi"/>
          <w:sz w:val="24"/>
          <w:szCs w:val="24"/>
          <w:lang w:val="pl-PL"/>
        </w:rPr>
        <w:t xml:space="preserve">.2026 roku, po tym czasie gdy szef zespołu nie może wystąpić, drużyna zostaje zdyskwalifikowana i zastąpiona ekipą rezerwową </w:t>
      </w:r>
    </w:p>
    <w:p w14:paraId="38DC2C38" w14:textId="77777777" w:rsidR="00620607" w:rsidRPr="00620607" w:rsidRDefault="00620607" w:rsidP="00620607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b/>
          <w:sz w:val="24"/>
          <w:szCs w:val="24"/>
          <w:lang w:val="pl-PL"/>
        </w:rPr>
      </w:pPr>
      <w:r w:rsidRPr="00620607">
        <w:rPr>
          <w:rFonts w:cstheme="minorHAnsi"/>
          <w:sz w:val="24"/>
          <w:szCs w:val="24"/>
          <w:lang w:val="pl-PL"/>
        </w:rPr>
        <w:t>W wszelkich sprawach merytoryczny i organizacyjnych prosimy o kontakt</w:t>
      </w:r>
      <w:r w:rsidR="00B038CD">
        <w:rPr>
          <w:rFonts w:cstheme="minorHAnsi"/>
          <w:sz w:val="24"/>
          <w:szCs w:val="24"/>
          <w:lang w:val="pl-PL"/>
        </w:rPr>
        <w:t>: Michał Świerad, tel</w:t>
      </w:r>
      <w:r w:rsidR="00A013A9">
        <w:rPr>
          <w:rFonts w:cstheme="minorHAnsi"/>
          <w:sz w:val="24"/>
          <w:szCs w:val="24"/>
          <w:lang w:val="pl-PL"/>
        </w:rPr>
        <w:t>.</w:t>
      </w:r>
      <w:r w:rsidR="00B038CD">
        <w:rPr>
          <w:rFonts w:cstheme="minorHAnsi"/>
          <w:sz w:val="24"/>
          <w:szCs w:val="24"/>
          <w:lang w:val="pl-PL"/>
        </w:rPr>
        <w:t>: 880 475 929</w:t>
      </w:r>
      <w:r w:rsidRPr="00620607">
        <w:rPr>
          <w:rFonts w:cstheme="minorHAnsi"/>
          <w:sz w:val="24"/>
          <w:szCs w:val="24"/>
          <w:lang w:val="pl-PL"/>
        </w:rPr>
        <w:t xml:space="preserve"> </w:t>
      </w:r>
    </w:p>
    <w:p w14:paraId="719936BC" w14:textId="77777777" w:rsidR="007D3EA8" w:rsidRDefault="007D3EA8">
      <w:pPr>
        <w:rPr>
          <w:lang w:val="pl-PL"/>
        </w:rPr>
      </w:pPr>
    </w:p>
    <w:p w14:paraId="1DD5CBB3" w14:textId="77777777" w:rsidR="00FB4546" w:rsidRDefault="00FB4546">
      <w:pPr>
        <w:rPr>
          <w:lang w:val="pl-PL"/>
        </w:rPr>
      </w:pPr>
    </w:p>
    <w:p w14:paraId="2DF4602E" w14:textId="77777777" w:rsidR="00FB4546" w:rsidRDefault="00FB4546">
      <w:pPr>
        <w:rPr>
          <w:lang w:val="pl-PL"/>
        </w:rPr>
      </w:pPr>
    </w:p>
    <w:p w14:paraId="131A8980" w14:textId="77777777" w:rsidR="00FB4546" w:rsidRDefault="00FB4546">
      <w:pPr>
        <w:rPr>
          <w:lang w:val="pl-PL"/>
        </w:rPr>
      </w:pPr>
    </w:p>
    <w:p w14:paraId="7C199D3B" w14:textId="77777777" w:rsidR="00FB4546" w:rsidRDefault="00FB4546">
      <w:pPr>
        <w:rPr>
          <w:lang w:val="pl-PL"/>
        </w:rPr>
      </w:pPr>
    </w:p>
    <w:p w14:paraId="7DB1E74D" w14:textId="77777777" w:rsidR="00FB4546" w:rsidRDefault="00FB4546">
      <w:pPr>
        <w:rPr>
          <w:lang w:val="pl-PL"/>
        </w:rPr>
      </w:pPr>
    </w:p>
    <w:p w14:paraId="2D037361" w14:textId="77777777" w:rsidR="00FB4546" w:rsidRPr="00E77508" w:rsidRDefault="00FB4546">
      <w:pPr>
        <w:rPr>
          <w:lang w:val="pl-PL"/>
        </w:rPr>
      </w:pPr>
    </w:p>
    <w:p w14:paraId="786E1432" w14:textId="77777777" w:rsidR="007D3EA8" w:rsidRPr="00E77508" w:rsidRDefault="00000000" w:rsidP="00E77508">
      <w:pPr>
        <w:jc w:val="center"/>
        <w:rPr>
          <w:b/>
          <w:bCs/>
          <w:lang w:val="pl-PL"/>
        </w:rPr>
      </w:pPr>
      <w:r w:rsidRPr="00E77508">
        <w:rPr>
          <w:b/>
          <w:bCs/>
          <w:lang w:val="pl-PL"/>
        </w:rPr>
        <w:t>§ 3 ZASADY KONKURSU</w:t>
      </w:r>
    </w:p>
    <w:p w14:paraId="3209B8B4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Konkurs zostanie przeprowadzony w dniu 11.</w:t>
      </w:r>
      <w:r w:rsidR="00E26C03" w:rsidRPr="008E0FD6">
        <w:rPr>
          <w:rFonts w:cstheme="minorHAnsi"/>
          <w:sz w:val="24"/>
          <w:szCs w:val="24"/>
          <w:lang w:val="pl-PL"/>
        </w:rPr>
        <w:t>03</w:t>
      </w:r>
      <w:r w:rsidRPr="008E0FD6">
        <w:rPr>
          <w:rFonts w:cstheme="minorHAnsi"/>
          <w:sz w:val="24"/>
          <w:szCs w:val="24"/>
          <w:lang w:val="pl-PL"/>
        </w:rPr>
        <w:t xml:space="preserve">.2026 roku w godzinach 8.00 - </w:t>
      </w:r>
      <w:r w:rsidR="00CA2471" w:rsidRPr="008E0FD6">
        <w:rPr>
          <w:rFonts w:cstheme="minorHAnsi"/>
          <w:sz w:val="24"/>
          <w:szCs w:val="24"/>
          <w:lang w:val="pl-PL"/>
        </w:rPr>
        <w:t xml:space="preserve">   </w:t>
      </w:r>
      <w:r w:rsidRPr="008E0FD6">
        <w:rPr>
          <w:rFonts w:cstheme="minorHAnsi"/>
          <w:sz w:val="24"/>
          <w:szCs w:val="24"/>
          <w:lang w:val="pl-PL"/>
        </w:rPr>
        <w:t xml:space="preserve">16.00 , konkurs składa się z dwóch etapów </w:t>
      </w:r>
    </w:p>
    <w:p w14:paraId="39FF92A7" w14:textId="77777777" w:rsidR="00B038CD" w:rsidRPr="00B038CD" w:rsidRDefault="00B038CD" w:rsidP="008E0FD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I etap: </w:t>
      </w:r>
      <w:r w:rsidR="00E26C03">
        <w:rPr>
          <w:rFonts w:cstheme="minorHAnsi"/>
          <w:sz w:val="24"/>
          <w:szCs w:val="24"/>
          <w:lang w:val="pl-PL"/>
        </w:rPr>
        <w:t>eliminacje, ekipy zakwalifikowane do konkursu zostaną wybrane na podstawie nadesłanych zgłoszeń</w:t>
      </w:r>
    </w:p>
    <w:p w14:paraId="1CA9F287" w14:textId="77777777" w:rsidR="00B038CD" w:rsidRPr="00D65043" w:rsidRDefault="00B038CD" w:rsidP="008E0FD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</w:rPr>
      </w:pPr>
      <w:r w:rsidRPr="00D65043">
        <w:rPr>
          <w:rFonts w:cstheme="minorHAnsi"/>
          <w:sz w:val="24"/>
          <w:szCs w:val="24"/>
        </w:rPr>
        <w:t xml:space="preserve">II </w:t>
      </w:r>
      <w:proofErr w:type="spellStart"/>
      <w:r w:rsidRPr="00D65043">
        <w:rPr>
          <w:rFonts w:cstheme="minorHAnsi"/>
          <w:sz w:val="24"/>
          <w:szCs w:val="24"/>
        </w:rPr>
        <w:t>etap</w:t>
      </w:r>
      <w:proofErr w:type="spellEnd"/>
      <w:r w:rsidRPr="00D65043">
        <w:rPr>
          <w:rFonts w:cstheme="minorHAnsi"/>
          <w:sz w:val="24"/>
          <w:szCs w:val="24"/>
        </w:rPr>
        <w:t xml:space="preserve">: </w:t>
      </w:r>
      <w:proofErr w:type="spellStart"/>
      <w:r w:rsidRPr="00D65043">
        <w:rPr>
          <w:rFonts w:cstheme="minorHAnsi"/>
          <w:sz w:val="24"/>
          <w:szCs w:val="24"/>
        </w:rPr>
        <w:t>konkurs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kulinarny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</w:p>
    <w:p w14:paraId="3EC9E110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Zakwalifikowane ekipy będą miały do przygotowania: </w:t>
      </w:r>
    </w:p>
    <w:p w14:paraId="61CBE93E" w14:textId="77777777" w:rsidR="00B038CD" w:rsidRPr="00B038CD" w:rsidRDefault="00B038CD" w:rsidP="008E0FD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 porcji dania głównego</w:t>
      </w:r>
      <w:r w:rsidR="00E26C03">
        <w:rPr>
          <w:rFonts w:cstheme="minorHAnsi"/>
          <w:sz w:val="24"/>
          <w:szCs w:val="24"/>
          <w:lang w:val="pl-PL"/>
        </w:rPr>
        <w:t>,</w:t>
      </w:r>
      <w:r w:rsidRPr="00B038CD">
        <w:rPr>
          <w:rFonts w:cstheme="minorHAnsi"/>
          <w:sz w:val="24"/>
          <w:szCs w:val="24"/>
          <w:lang w:val="pl-PL"/>
        </w:rPr>
        <w:t xml:space="preserve"> które ma gramaturę nie większą niż 250g</w:t>
      </w:r>
    </w:p>
    <w:p w14:paraId="66BFE5D5" w14:textId="77777777" w:rsidR="00B038CD" w:rsidRPr="00B038CD" w:rsidRDefault="00B038CD" w:rsidP="008E0FD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8 porcji deseru czekoladowego z dodatkiem owoców który ma gramaturę nie większą niż 120g </w:t>
      </w:r>
    </w:p>
    <w:p w14:paraId="6AE11550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Każda drużyna ma do przygotowania po 5 porcji dań konkursowych dla jury, 1 </w:t>
      </w:r>
      <w:r w:rsidR="00CA2471" w:rsidRPr="008E0FD6">
        <w:rPr>
          <w:rFonts w:cstheme="minorHAnsi"/>
          <w:sz w:val="24"/>
          <w:szCs w:val="24"/>
          <w:lang w:val="pl-PL"/>
        </w:rPr>
        <w:t xml:space="preserve">                 </w:t>
      </w:r>
      <w:r w:rsidRPr="008E0FD6">
        <w:rPr>
          <w:rFonts w:cstheme="minorHAnsi"/>
          <w:sz w:val="24"/>
          <w:szCs w:val="24"/>
          <w:lang w:val="pl-PL"/>
        </w:rPr>
        <w:t xml:space="preserve">porcja pod zdjęcia dla mediów oraz 2 porcje dla odwiedzających gości podczas </w:t>
      </w:r>
      <w:r w:rsidR="00E26C03" w:rsidRPr="008E0FD6">
        <w:rPr>
          <w:rFonts w:cstheme="minorHAnsi"/>
          <w:sz w:val="24"/>
          <w:szCs w:val="24"/>
          <w:lang w:val="pl-PL"/>
        </w:rPr>
        <w:t xml:space="preserve">targów </w:t>
      </w:r>
      <w:proofErr w:type="spellStart"/>
      <w:r w:rsidR="00E26C03" w:rsidRPr="008E0FD6">
        <w:rPr>
          <w:rFonts w:cstheme="minorHAnsi"/>
          <w:sz w:val="24"/>
          <w:szCs w:val="24"/>
          <w:lang w:val="pl-PL"/>
        </w:rPr>
        <w:t>EuroGastro</w:t>
      </w:r>
      <w:proofErr w:type="spellEnd"/>
      <w:r w:rsidR="00E26C03" w:rsidRPr="008E0FD6">
        <w:rPr>
          <w:rFonts w:cstheme="minorHAnsi"/>
          <w:sz w:val="24"/>
          <w:szCs w:val="24"/>
          <w:lang w:val="pl-PL"/>
        </w:rPr>
        <w:t xml:space="preserve"> 2026.</w:t>
      </w:r>
    </w:p>
    <w:p w14:paraId="57FB7E58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Każda potrawa konkursowa musi być przygotowana specjalnie na Konkurs. Nie </w:t>
      </w:r>
      <w:r w:rsidR="00CA2471" w:rsidRPr="008E0FD6">
        <w:rPr>
          <w:rFonts w:cstheme="minorHAnsi"/>
          <w:sz w:val="24"/>
          <w:szCs w:val="24"/>
          <w:lang w:val="pl-PL"/>
        </w:rPr>
        <w:t xml:space="preserve">   </w:t>
      </w:r>
      <w:r w:rsidRPr="008E0FD6">
        <w:rPr>
          <w:rFonts w:cstheme="minorHAnsi"/>
          <w:sz w:val="24"/>
          <w:szCs w:val="24"/>
          <w:lang w:val="pl-PL"/>
        </w:rPr>
        <w:t>może być powtórzeniem pracy z innych konkursów.</w:t>
      </w:r>
    </w:p>
    <w:p w14:paraId="662ADF8A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Produkty obowiązkowe do użycia których członkowie będą zobligowani podczas konkursu zostaną podane nie później niż dnia 3</w:t>
      </w:r>
      <w:r w:rsidR="00E26C03" w:rsidRPr="008E0FD6">
        <w:rPr>
          <w:rFonts w:cstheme="minorHAnsi"/>
          <w:sz w:val="24"/>
          <w:szCs w:val="24"/>
          <w:lang w:val="pl-PL"/>
        </w:rPr>
        <w:t>1</w:t>
      </w:r>
      <w:r w:rsidRPr="008E0FD6">
        <w:rPr>
          <w:rFonts w:cstheme="minorHAnsi"/>
          <w:sz w:val="24"/>
          <w:szCs w:val="24"/>
          <w:lang w:val="pl-PL"/>
        </w:rPr>
        <w:t>.0</w:t>
      </w:r>
      <w:r w:rsidR="00E26C03" w:rsidRPr="008E0FD6">
        <w:rPr>
          <w:rFonts w:cstheme="minorHAnsi"/>
          <w:sz w:val="24"/>
          <w:szCs w:val="24"/>
          <w:lang w:val="pl-PL"/>
        </w:rPr>
        <w:t>1</w:t>
      </w:r>
      <w:r w:rsidRPr="008E0FD6">
        <w:rPr>
          <w:rFonts w:cstheme="minorHAnsi"/>
          <w:sz w:val="24"/>
          <w:szCs w:val="24"/>
          <w:lang w:val="pl-PL"/>
        </w:rPr>
        <w:t>.2026</w:t>
      </w:r>
    </w:p>
    <w:p w14:paraId="15CEAEB7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bookmarkStart w:id="3" w:name="_Hlk181622126"/>
      <w:r w:rsidRPr="008E0FD6">
        <w:rPr>
          <w:rFonts w:cstheme="minorHAnsi"/>
          <w:sz w:val="24"/>
          <w:szCs w:val="24"/>
          <w:lang w:val="pl-PL"/>
        </w:rPr>
        <w:t>Organizator Konkursu zapewnia sprzęt gastronomiczny w postaci:</w:t>
      </w:r>
    </w:p>
    <w:bookmarkEnd w:id="3"/>
    <w:p w14:paraId="35116671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b/>
          <w:sz w:val="24"/>
          <w:szCs w:val="24"/>
          <w:lang w:val="pl-PL"/>
        </w:rPr>
      </w:pPr>
    </w:p>
    <w:p w14:paraId="7793CD39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b/>
          <w:sz w:val="24"/>
          <w:szCs w:val="24"/>
          <w:lang w:val="pl-PL"/>
        </w:rPr>
        <w:t>Wyposażenie kuchni konkursowych oraz sprzętu zapewnionego przez organizatora zostanie podana do dnia 3</w:t>
      </w:r>
      <w:r w:rsidR="00E26C03">
        <w:rPr>
          <w:rFonts w:cstheme="minorHAnsi"/>
          <w:b/>
          <w:sz w:val="24"/>
          <w:szCs w:val="24"/>
          <w:lang w:val="pl-PL"/>
        </w:rPr>
        <w:t>1</w:t>
      </w:r>
      <w:r w:rsidRPr="00B038CD">
        <w:rPr>
          <w:rFonts w:cstheme="minorHAnsi"/>
          <w:b/>
          <w:sz w:val="24"/>
          <w:szCs w:val="24"/>
          <w:lang w:val="pl-PL"/>
        </w:rPr>
        <w:t>.0</w:t>
      </w:r>
      <w:r w:rsidR="00E26C03">
        <w:rPr>
          <w:rFonts w:cstheme="minorHAnsi"/>
          <w:b/>
          <w:sz w:val="24"/>
          <w:szCs w:val="24"/>
          <w:lang w:val="pl-PL"/>
        </w:rPr>
        <w:t>1</w:t>
      </w:r>
      <w:r w:rsidRPr="00B038CD">
        <w:rPr>
          <w:rFonts w:cstheme="minorHAnsi"/>
          <w:b/>
          <w:sz w:val="24"/>
          <w:szCs w:val="24"/>
          <w:lang w:val="pl-PL"/>
        </w:rPr>
        <w:t>.2026 roku.</w:t>
      </w:r>
    </w:p>
    <w:p w14:paraId="7C34EB2E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152F3E12" w14:textId="77777777" w:rsidR="00B038CD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Wszystkie pozostałe sprzęty i urządzenia gastronomiczne potrzebne do przygotowania dań konkursowych uczestnicy konkursu są zobowiązani zapewnić we własnym zakresie. </w:t>
      </w:r>
    </w:p>
    <w:p w14:paraId="506D03D7" w14:textId="77777777" w:rsidR="00B038CD" w:rsidRPr="00A013A9" w:rsidRDefault="00A013A9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Organizator nie zapewnia porcelany do </w:t>
      </w:r>
      <w:proofErr w:type="spellStart"/>
      <w:r>
        <w:rPr>
          <w:rFonts w:cstheme="minorHAnsi"/>
          <w:sz w:val="24"/>
          <w:szCs w:val="24"/>
          <w:lang w:val="pl-PL"/>
        </w:rPr>
        <w:t>wyserwowania</w:t>
      </w:r>
      <w:proofErr w:type="spellEnd"/>
      <w:r>
        <w:rPr>
          <w:rFonts w:cstheme="minorHAnsi"/>
          <w:sz w:val="24"/>
          <w:szCs w:val="24"/>
          <w:lang w:val="pl-PL"/>
        </w:rPr>
        <w:t xml:space="preserve"> dań konkursowych. Każdy zespół ma dowolność w doborze porcelany i obowiązek zapewnienia jej we własnym zakresie </w:t>
      </w:r>
    </w:p>
    <w:p w14:paraId="01393E01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b/>
          <w:bCs/>
          <w:sz w:val="24"/>
          <w:szCs w:val="24"/>
          <w:lang w:val="pl-PL"/>
        </w:rPr>
      </w:pPr>
      <w:r w:rsidRPr="008E0FD6">
        <w:rPr>
          <w:rFonts w:cstheme="minorHAnsi"/>
          <w:b/>
          <w:bCs/>
          <w:sz w:val="24"/>
          <w:szCs w:val="24"/>
          <w:lang w:val="pl-PL"/>
        </w:rPr>
        <w:t xml:space="preserve">Liczba urządzeń elektrycznych przywiezionych przez uczestników nie może przekraczać </w:t>
      </w:r>
      <w:r w:rsidR="00E26C03" w:rsidRPr="008E0FD6">
        <w:rPr>
          <w:rFonts w:cstheme="minorHAnsi"/>
          <w:b/>
          <w:bCs/>
          <w:sz w:val="24"/>
          <w:szCs w:val="24"/>
          <w:lang w:val="pl-PL"/>
        </w:rPr>
        <w:t>4</w:t>
      </w:r>
      <w:r w:rsidRPr="008E0FD6">
        <w:rPr>
          <w:rFonts w:cstheme="minorHAnsi"/>
          <w:b/>
          <w:bCs/>
          <w:sz w:val="24"/>
          <w:szCs w:val="24"/>
          <w:lang w:val="pl-PL"/>
        </w:rPr>
        <w:t xml:space="preserve"> sztuk, a maksymalny pobór mocy w jednym momencie użycia przywiezionych urządzeń elektrycznych nie może przekraczać </w:t>
      </w:r>
      <w:r w:rsidR="00E26C03" w:rsidRPr="008E0FD6">
        <w:rPr>
          <w:rFonts w:cstheme="minorHAnsi"/>
          <w:b/>
          <w:bCs/>
          <w:sz w:val="24"/>
          <w:szCs w:val="24"/>
          <w:lang w:val="pl-PL"/>
        </w:rPr>
        <w:t>6</w:t>
      </w:r>
      <w:r w:rsidRPr="008E0FD6">
        <w:rPr>
          <w:rFonts w:cstheme="minorHAnsi"/>
          <w:b/>
          <w:bCs/>
          <w:sz w:val="24"/>
          <w:szCs w:val="24"/>
          <w:lang w:val="pl-PL"/>
        </w:rPr>
        <w:t>kW. W przypadku przekroczenia ilości sprzętów elektrycznych lub maksymalnego poboru mocy elektrycznej przez przywiezione urządzenia, drużyna zostanie zdyskwalifikowana.</w:t>
      </w:r>
    </w:p>
    <w:p w14:paraId="0C0C5940" w14:textId="77777777" w:rsidR="00FB4546" w:rsidRDefault="00FB4546" w:rsidP="008E0FD6">
      <w:pPr>
        <w:shd w:val="clear" w:color="auto" w:fill="FFFFFF"/>
        <w:spacing w:after="0"/>
        <w:rPr>
          <w:rFonts w:cstheme="minorHAnsi"/>
          <w:b/>
          <w:bCs/>
          <w:sz w:val="24"/>
          <w:szCs w:val="24"/>
          <w:lang w:val="pl-PL"/>
        </w:rPr>
      </w:pPr>
    </w:p>
    <w:p w14:paraId="50C89829" w14:textId="77777777" w:rsidR="00CF176A" w:rsidRPr="00B038CD" w:rsidRDefault="00CF176A" w:rsidP="008E0FD6">
      <w:pPr>
        <w:shd w:val="clear" w:color="auto" w:fill="FFFFFF"/>
        <w:spacing w:after="0"/>
        <w:rPr>
          <w:rFonts w:cstheme="minorHAnsi"/>
          <w:b/>
          <w:bCs/>
          <w:sz w:val="24"/>
          <w:szCs w:val="24"/>
          <w:lang w:val="pl-PL"/>
        </w:rPr>
      </w:pPr>
    </w:p>
    <w:p w14:paraId="3A822CCE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b/>
          <w:bCs/>
          <w:sz w:val="24"/>
          <w:szCs w:val="24"/>
          <w:lang w:val="pl-PL"/>
        </w:rPr>
      </w:pPr>
      <w:r w:rsidRPr="008E0FD6">
        <w:rPr>
          <w:rFonts w:cstheme="minorHAnsi"/>
          <w:b/>
          <w:bCs/>
          <w:sz w:val="24"/>
          <w:szCs w:val="24"/>
          <w:lang w:val="pl-PL"/>
        </w:rPr>
        <w:t xml:space="preserve">Każda z zakwalifikowanych drużyn jest zobowiązana do dostarczenia do jury konkursu, w dniu konkursu lub w dniu poprzedzającym konkurs, receptur na prezentowane dania w ilości 10szt w formie papierowej, oraz 1szt w formie elektronicznej (na nośniku typu pendrive) </w:t>
      </w:r>
    </w:p>
    <w:p w14:paraId="2EFDBD25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574DF3E8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Organizator Konkursu zapewni główne</w:t>
      </w:r>
      <w:r w:rsidR="00C830E5">
        <w:rPr>
          <w:rFonts w:cstheme="minorHAnsi"/>
          <w:sz w:val="24"/>
          <w:szCs w:val="24"/>
          <w:lang w:val="pl-PL"/>
        </w:rPr>
        <w:t>, obowiązkowe</w:t>
      </w:r>
      <w:r w:rsidRPr="008E0FD6">
        <w:rPr>
          <w:rFonts w:cstheme="minorHAnsi"/>
          <w:sz w:val="24"/>
          <w:szCs w:val="24"/>
          <w:lang w:val="pl-PL"/>
        </w:rPr>
        <w:t xml:space="preserve"> składniki niezbędne do przygotowania dań konkursowych.</w:t>
      </w:r>
    </w:p>
    <w:p w14:paraId="6492DF59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18F51E4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Czas pracy każdej ekipy to </w:t>
      </w:r>
      <w:r w:rsidR="00603CEF" w:rsidRPr="008E0FD6">
        <w:rPr>
          <w:rFonts w:cstheme="minorHAnsi"/>
          <w:sz w:val="24"/>
          <w:szCs w:val="24"/>
          <w:lang w:val="pl-PL"/>
        </w:rPr>
        <w:t>150</w:t>
      </w:r>
      <w:r w:rsidRPr="008E0FD6">
        <w:rPr>
          <w:rFonts w:cstheme="minorHAnsi"/>
          <w:sz w:val="24"/>
          <w:szCs w:val="24"/>
          <w:lang w:val="pl-PL"/>
        </w:rPr>
        <w:t xml:space="preserve"> minut </w:t>
      </w:r>
      <w:r w:rsidR="00603CEF" w:rsidRPr="008E0FD6">
        <w:rPr>
          <w:rFonts w:cstheme="minorHAnsi"/>
          <w:sz w:val="24"/>
          <w:szCs w:val="24"/>
          <w:lang w:val="pl-PL"/>
        </w:rPr>
        <w:t>–</w:t>
      </w:r>
      <w:r w:rsidRPr="008E0FD6">
        <w:rPr>
          <w:rFonts w:cstheme="minorHAnsi"/>
          <w:sz w:val="24"/>
          <w:szCs w:val="24"/>
          <w:lang w:val="pl-PL"/>
        </w:rPr>
        <w:t xml:space="preserve"> </w:t>
      </w:r>
      <w:r w:rsidR="00603CEF" w:rsidRPr="008E0FD6">
        <w:rPr>
          <w:rFonts w:cstheme="minorHAnsi"/>
          <w:sz w:val="24"/>
          <w:szCs w:val="24"/>
          <w:lang w:val="pl-PL"/>
        </w:rPr>
        <w:t>2,5 godziny</w:t>
      </w:r>
      <w:r w:rsidRPr="008E0FD6">
        <w:rPr>
          <w:rFonts w:cstheme="minorHAnsi"/>
          <w:sz w:val="24"/>
          <w:szCs w:val="24"/>
          <w:lang w:val="pl-PL"/>
        </w:rPr>
        <w:t xml:space="preserve">, </w:t>
      </w:r>
    </w:p>
    <w:p w14:paraId="22457BA2" w14:textId="77777777" w:rsidR="00B038CD" w:rsidRPr="00B038CD" w:rsidRDefault="00B038CD" w:rsidP="008E0FD6">
      <w:pPr>
        <w:shd w:val="clear" w:color="auto" w:fill="FFFFFF"/>
        <w:spacing w:after="0"/>
        <w:ind w:left="64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Każda ekipa jest zobowiązana do </w:t>
      </w:r>
      <w:proofErr w:type="spellStart"/>
      <w:r w:rsidRPr="00B038CD">
        <w:rPr>
          <w:rFonts w:cstheme="minorHAnsi"/>
          <w:sz w:val="24"/>
          <w:szCs w:val="24"/>
          <w:lang w:val="pl-PL"/>
        </w:rPr>
        <w:t>wyserwowania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poszczególnych dań w </w:t>
      </w:r>
      <w:r w:rsidR="008E0FD6">
        <w:rPr>
          <w:rFonts w:cstheme="minorHAnsi"/>
          <w:sz w:val="24"/>
          <w:szCs w:val="24"/>
          <w:lang w:val="pl-PL"/>
        </w:rPr>
        <w:t xml:space="preserve">   </w:t>
      </w:r>
      <w:r w:rsidRPr="00B038CD">
        <w:rPr>
          <w:rFonts w:cstheme="minorHAnsi"/>
          <w:sz w:val="24"/>
          <w:szCs w:val="24"/>
          <w:lang w:val="pl-PL"/>
        </w:rPr>
        <w:t>czasie:</w:t>
      </w:r>
    </w:p>
    <w:p w14:paraId="5EA4CD97" w14:textId="77777777" w:rsidR="00B038CD" w:rsidRPr="00B038CD" w:rsidRDefault="00B038CD" w:rsidP="008E0FD6">
      <w:pPr>
        <w:shd w:val="clear" w:color="auto" w:fill="FFFFFF"/>
        <w:spacing w:after="0"/>
        <w:ind w:firstLine="64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Danie główne - po </w:t>
      </w:r>
      <w:r w:rsidR="00CF176A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 xml:space="preserve"> godzin</w:t>
      </w:r>
      <w:r w:rsidR="00CF176A">
        <w:rPr>
          <w:rFonts w:cstheme="minorHAnsi"/>
          <w:sz w:val="24"/>
          <w:szCs w:val="24"/>
          <w:lang w:val="pl-PL"/>
        </w:rPr>
        <w:t>ie i 50 minutach</w:t>
      </w:r>
      <w:r w:rsidRPr="00B038CD">
        <w:rPr>
          <w:rFonts w:cstheme="minorHAnsi"/>
          <w:sz w:val="24"/>
          <w:szCs w:val="24"/>
          <w:lang w:val="pl-PL"/>
        </w:rPr>
        <w:t xml:space="preserve"> (</w:t>
      </w:r>
      <w:r w:rsidR="00CA2471"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1</w:t>
      </w:r>
      <w:r w:rsidR="00CA2471"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 xml:space="preserve"> minut) od rozpoczęcia pracy </w:t>
      </w:r>
    </w:p>
    <w:p w14:paraId="73700E97" w14:textId="77777777" w:rsidR="00B038CD" w:rsidRPr="00B038CD" w:rsidRDefault="00B038CD" w:rsidP="008E0FD6">
      <w:pPr>
        <w:shd w:val="clear" w:color="auto" w:fill="FFFFFF"/>
        <w:spacing w:after="0"/>
        <w:ind w:firstLine="64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Deser - po </w:t>
      </w:r>
      <w:r w:rsidR="00663858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 xml:space="preserve"> godzinach</w:t>
      </w:r>
      <w:r w:rsidR="00CA2471">
        <w:rPr>
          <w:rFonts w:cstheme="minorHAnsi"/>
          <w:sz w:val="24"/>
          <w:szCs w:val="24"/>
          <w:lang w:val="pl-PL"/>
        </w:rPr>
        <w:t xml:space="preserve"> i 30 minutach</w:t>
      </w:r>
      <w:r w:rsidRPr="00B038CD">
        <w:rPr>
          <w:rFonts w:cstheme="minorHAnsi"/>
          <w:sz w:val="24"/>
          <w:szCs w:val="24"/>
          <w:lang w:val="pl-PL"/>
        </w:rPr>
        <w:t xml:space="preserve"> (</w:t>
      </w:r>
      <w:r w:rsidR="00CA2471">
        <w:rPr>
          <w:rFonts w:cstheme="minorHAnsi"/>
          <w:sz w:val="24"/>
          <w:szCs w:val="24"/>
          <w:lang w:val="pl-PL"/>
        </w:rPr>
        <w:t>150</w:t>
      </w:r>
      <w:r w:rsidRPr="00B038CD">
        <w:rPr>
          <w:rFonts w:cstheme="minorHAnsi"/>
          <w:sz w:val="24"/>
          <w:szCs w:val="24"/>
          <w:lang w:val="pl-PL"/>
        </w:rPr>
        <w:t xml:space="preserve"> minut) od rozpoczęcia pracy </w:t>
      </w:r>
    </w:p>
    <w:p w14:paraId="2CECB6E9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1031CC75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Kuchnia 1</w:t>
      </w:r>
    </w:p>
    <w:p w14:paraId="617D66BD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8:00 -  Wejście do kuchni</w:t>
      </w:r>
    </w:p>
    <w:p w14:paraId="22DB5061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</w:t>
      </w:r>
      <w:r w:rsidR="00B029F0">
        <w:rPr>
          <w:rFonts w:cstheme="minorHAnsi"/>
          <w:sz w:val="24"/>
          <w:szCs w:val="24"/>
          <w:lang w:val="pl-PL"/>
        </w:rPr>
        <w:t>15</w:t>
      </w:r>
      <w:r w:rsidRPr="00B038CD">
        <w:rPr>
          <w:rFonts w:cstheme="minorHAnsi"/>
          <w:sz w:val="24"/>
          <w:szCs w:val="24"/>
          <w:lang w:val="pl-PL"/>
        </w:rPr>
        <w:t xml:space="preserve">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Pr="00B038CD">
        <w:rPr>
          <w:rFonts w:cstheme="minorHAnsi"/>
          <w:sz w:val="24"/>
          <w:szCs w:val="24"/>
          <w:lang w:val="pl-PL"/>
        </w:rPr>
        <w:t xml:space="preserve">Sprawdzenie przez jury </w:t>
      </w:r>
      <w:proofErr w:type="spellStart"/>
      <w:r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52A76C68" w14:textId="77777777" w:rsidR="00B038CD" w:rsidRPr="00B038CD" w:rsidRDefault="00B029F0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8:30</w:t>
      </w:r>
      <w:r w:rsidR="00B038CD" w:rsidRPr="00B038CD">
        <w:rPr>
          <w:rFonts w:cstheme="minorHAnsi"/>
          <w:sz w:val="24"/>
          <w:szCs w:val="24"/>
          <w:lang w:val="pl-PL"/>
        </w:rPr>
        <w:t xml:space="preserve">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="00B038CD" w:rsidRPr="00B038CD">
        <w:rPr>
          <w:rFonts w:cstheme="minorHAnsi"/>
          <w:sz w:val="24"/>
          <w:szCs w:val="24"/>
          <w:lang w:val="pl-PL"/>
        </w:rPr>
        <w:t xml:space="preserve">Rozpoczęcie pracy </w:t>
      </w:r>
    </w:p>
    <w:p w14:paraId="7BF6C372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B029F0"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44B4DB4F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CA2471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B029F0"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694E38F1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8EB6E2F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2 </w:t>
      </w:r>
    </w:p>
    <w:p w14:paraId="7AEEEBD8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</w:t>
      </w:r>
      <w:r w:rsidR="00CF176A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3ADAB787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</w:t>
      </w:r>
      <w:r w:rsidR="00CF176A">
        <w:rPr>
          <w:rFonts w:cstheme="minorHAnsi"/>
          <w:sz w:val="24"/>
          <w:szCs w:val="24"/>
          <w:lang w:val="pl-PL"/>
        </w:rPr>
        <w:t>2</w:t>
      </w:r>
      <w:r w:rsidR="00B029F0"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Pr="00B038CD">
        <w:rPr>
          <w:rFonts w:cstheme="minorHAnsi"/>
          <w:sz w:val="24"/>
          <w:szCs w:val="24"/>
          <w:lang w:val="pl-PL"/>
        </w:rPr>
        <w:t xml:space="preserve">Sprawdzenie przez jury </w:t>
      </w:r>
      <w:proofErr w:type="spellStart"/>
      <w:r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73BF8BD5" w14:textId="77777777" w:rsidR="00B038CD" w:rsidRPr="00B038CD" w:rsidRDefault="00B029F0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8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4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="00B038CD" w:rsidRPr="00B038CD">
        <w:rPr>
          <w:rFonts w:cstheme="minorHAnsi"/>
          <w:sz w:val="24"/>
          <w:szCs w:val="24"/>
          <w:lang w:val="pl-PL"/>
        </w:rPr>
        <w:t xml:space="preserve">Rozpoczęcie pracy </w:t>
      </w:r>
    </w:p>
    <w:p w14:paraId="166469C3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B029F0"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253A093A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B029F0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3E80B011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9EF4647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3 </w:t>
      </w:r>
    </w:p>
    <w:p w14:paraId="1B680449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00792CFB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8:</w:t>
      </w:r>
      <w:r w:rsidR="00CF176A">
        <w:rPr>
          <w:rFonts w:cstheme="minorHAnsi"/>
          <w:sz w:val="24"/>
          <w:szCs w:val="24"/>
          <w:lang w:val="pl-PL"/>
        </w:rPr>
        <w:t>3</w:t>
      </w:r>
      <w:r w:rsidR="00B029F0"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Pr="00B038CD">
        <w:rPr>
          <w:rFonts w:cstheme="minorHAnsi"/>
          <w:sz w:val="24"/>
          <w:szCs w:val="24"/>
          <w:lang w:val="pl-PL"/>
        </w:rPr>
        <w:t xml:space="preserve">Sprawdzenie przez jury </w:t>
      </w:r>
      <w:proofErr w:type="spellStart"/>
      <w:r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43BF3F19" w14:textId="77777777" w:rsidR="00B038CD" w:rsidRPr="00B038CD" w:rsidRDefault="00CF176A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8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5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</w:t>
      </w:r>
      <w:r w:rsidR="00C830E5">
        <w:rPr>
          <w:rFonts w:cstheme="minorHAnsi"/>
          <w:sz w:val="24"/>
          <w:szCs w:val="24"/>
          <w:lang w:val="pl-PL"/>
        </w:rPr>
        <w:t xml:space="preserve"> </w:t>
      </w:r>
      <w:r w:rsidR="00B038CD" w:rsidRPr="00B038CD">
        <w:rPr>
          <w:rFonts w:cstheme="minorHAnsi"/>
          <w:sz w:val="24"/>
          <w:szCs w:val="24"/>
          <w:lang w:val="pl-PL"/>
        </w:rPr>
        <w:t xml:space="preserve">Rozpoczęcie pracy </w:t>
      </w:r>
    </w:p>
    <w:p w14:paraId="1AE4787A" w14:textId="77777777" w:rsidR="00B038CD" w:rsidRPr="00B038CD" w:rsidRDefault="00B029F0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0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4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49EEAFD2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B029F0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64DBDA69" w14:textId="77777777" w:rsid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156E727" w14:textId="77777777" w:rsidR="00FB4546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5DEEAA6B" w14:textId="77777777" w:rsidR="00FB4546" w:rsidRPr="00B038CD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280CB040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4 </w:t>
      </w:r>
    </w:p>
    <w:p w14:paraId="09D257E0" w14:textId="77777777" w:rsidR="00B038CD" w:rsidRPr="00B038CD" w:rsidRDefault="00CF176A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8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3</w:t>
      </w:r>
      <w:r w:rsidR="00B038CD"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6581F0EF" w14:textId="77777777" w:rsidR="00B038CD" w:rsidRPr="00B038CD" w:rsidRDefault="00CF176A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8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4</w:t>
      </w:r>
      <w:r w:rsidR="00933BEE">
        <w:rPr>
          <w:rFonts w:cstheme="minorHAnsi"/>
          <w:sz w:val="24"/>
          <w:szCs w:val="24"/>
          <w:lang w:val="pl-PL"/>
        </w:rPr>
        <w:t>5</w:t>
      </w:r>
      <w:r w:rsidR="00B038CD" w:rsidRPr="00B038CD">
        <w:rPr>
          <w:rFonts w:cstheme="minorHAnsi"/>
          <w:sz w:val="24"/>
          <w:szCs w:val="24"/>
          <w:lang w:val="pl-PL"/>
        </w:rPr>
        <w:t xml:space="preserve"> - Sprawdzenie przez jury </w:t>
      </w:r>
      <w:proofErr w:type="spellStart"/>
      <w:r w:rsidR="00B038CD"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="00B038CD"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4504E262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9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0</w:t>
      </w:r>
      <w:r>
        <w:rPr>
          <w:rFonts w:cstheme="minorHAnsi"/>
          <w:sz w:val="24"/>
          <w:szCs w:val="24"/>
          <w:lang w:val="pl-PL"/>
        </w:rPr>
        <w:t>0</w:t>
      </w:r>
      <w:r w:rsidR="00B038CD" w:rsidRPr="00B038CD">
        <w:rPr>
          <w:rFonts w:cstheme="minorHAnsi"/>
          <w:sz w:val="24"/>
          <w:szCs w:val="24"/>
          <w:lang w:val="pl-PL"/>
        </w:rPr>
        <w:t xml:space="preserve"> - Rozpoczęcie pracy </w:t>
      </w:r>
    </w:p>
    <w:p w14:paraId="676D901B" w14:textId="77777777" w:rsidR="00B038CD" w:rsidRPr="00B038CD" w:rsidRDefault="00B029F0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0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5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713E5916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1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7FEC95CD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323BE092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Kuchnia 5</w:t>
      </w:r>
    </w:p>
    <w:p w14:paraId="3E2307B2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0</w:t>
      </w:r>
      <w:r w:rsidR="00B038CD"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60EB1C84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15</w:t>
      </w:r>
      <w:r w:rsidR="00B038CD" w:rsidRPr="00B038CD">
        <w:rPr>
          <w:rFonts w:cstheme="minorHAnsi"/>
          <w:sz w:val="24"/>
          <w:szCs w:val="24"/>
          <w:lang w:val="pl-PL"/>
        </w:rPr>
        <w:t xml:space="preserve"> - Sprawdzenie przez jury </w:t>
      </w:r>
      <w:proofErr w:type="spellStart"/>
      <w:r w:rsidR="00B038CD"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="00B038CD"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36B1E086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>3</w:t>
      </w:r>
      <w:r w:rsidR="00B038CD" w:rsidRPr="00B038CD">
        <w:rPr>
          <w:rFonts w:cstheme="minorHAnsi"/>
          <w:sz w:val="24"/>
          <w:szCs w:val="24"/>
          <w:lang w:val="pl-PL"/>
        </w:rPr>
        <w:t xml:space="preserve">0 - Rozpoczęcie pracy </w:t>
      </w:r>
    </w:p>
    <w:p w14:paraId="60FF5616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933BEE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3E9668ED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15:</w:t>
      </w:r>
      <w:r w:rsidR="00933BEE"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2B442B42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13C50AD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6 </w:t>
      </w:r>
    </w:p>
    <w:p w14:paraId="31EFE48D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1</w:t>
      </w:r>
      <w:r w:rsidR="00B038CD"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5B1FB7AF" w14:textId="77777777" w:rsidR="00B038CD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="00B038CD"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>
        <w:rPr>
          <w:rFonts w:cstheme="minorHAnsi"/>
          <w:sz w:val="24"/>
          <w:szCs w:val="24"/>
          <w:lang w:val="pl-PL"/>
        </w:rPr>
        <w:t>5</w:t>
      </w:r>
      <w:r w:rsidR="00B038CD" w:rsidRPr="00B038CD">
        <w:rPr>
          <w:rFonts w:cstheme="minorHAnsi"/>
          <w:sz w:val="24"/>
          <w:szCs w:val="24"/>
          <w:lang w:val="pl-PL"/>
        </w:rPr>
        <w:t xml:space="preserve"> - Sprawdzenie przez jury </w:t>
      </w:r>
      <w:proofErr w:type="spellStart"/>
      <w:r w:rsidR="00B038CD"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="00B038CD"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6AD692D5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933BEE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 xml:space="preserve">0 - Rozpoczęcie pracy </w:t>
      </w:r>
    </w:p>
    <w:p w14:paraId="44CBE28D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 w:rsidR="00933BEE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5CBF07B9" w14:textId="77777777" w:rsid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15:</w:t>
      </w:r>
      <w:r w:rsidR="00CF176A">
        <w:rPr>
          <w:rFonts w:cstheme="minorHAnsi"/>
          <w:sz w:val="24"/>
          <w:szCs w:val="24"/>
          <w:lang w:val="pl-PL"/>
        </w:rPr>
        <w:t>1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27982F82" w14:textId="77777777" w:rsidR="00933BEE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146345E7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</w:t>
      </w:r>
      <w:r>
        <w:rPr>
          <w:rFonts w:cstheme="minorHAnsi"/>
          <w:sz w:val="24"/>
          <w:szCs w:val="24"/>
          <w:lang w:val="pl-PL"/>
        </w:rPr>
        <w:t>7</w:t>
      </w:r>
      <w:r w:rsidRPr="00B038CD">
        <w:rPr>
          <w:rFonts w:cstheme="minorHAnsi"/>
          <w:sz w:val="24"/>
          <w:szCs w:val="24"/>
          <w:lang w:val="pl-PL"/>
        </w:rPr>
        <w:t xml:space="preserve"> </w:t>
      </w:r>
    </w:p>
    <w:p w14:paraId="3F7D60D2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47F83114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 - Sprawdzenie przez jury </w:t>
      </w:r>
      <w:proofErr w:type="spellStart"/>
      <w:r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177FAF79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0 - Rozpoczęcie pracy </w:t>
      </w:r>
    </w:p>
    <w:p w14:paraId="187B7B51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54369B68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1</w:t>
      </w:r>
      <w:r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4DF4BB79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40C8F0DE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Kuchnia </w:t>
      </w:r>
      <w:r>
        <w:rPr>
          <w:rFonts w:cstheme="minorHAnsi"/>
          <w:sz w:val="24"/>
          <w:szCs w:val="24"/>
          <w:lang w:val="pl-PL"/>
        </w:rPr>
        <w:t>8</w:t>
      </w:r>
      <w:r w:rsidRPr="00B038CD">
        <w:rPr>
          <w:rFonts w:cstheme="minorHAnsi"/>
          <w:sz w:val="24"/>
          <w:szCs w:val="24"/>
          <w:lang w:val="pl-PL"/>
        </w:rPr>
        <w:t xml:space="preserve"> </w:t>
      </w:r>
    </w:p>
    <w:p w14:paraId="77CD3B4E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 w:rsidRPr="00B038CD">
        <w:rPr>
          <w:rFonts w:cstheme="minorHAnsi"/>
          <w:sz w:val="24"/>
          <w:szCs w:val="24"/>
          <w:lang w:val="pl-PL"/>
        </w:rPr>
        <w:t>0 -  Wejście do kuchni</w:t>
      </w:r>
    </w:p>
    <w:p w14:paraId="17690431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2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4</w:t>
      </w:r>
      <w:r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 - Sprawdzenie przez jury </w:t>
      </w:r>
      <w:proofErr w:type="spellStart"/>
      <w:r w:rsidRPr="00B038CD">
        <w:rPr>
          <w:rFonts w:cstheme="minorHAnsi"/>
          <w:sz w:val="24"/>
          <w:szCs w:val="24"/>
          <w:lang w:val="pl-PL"/>
        </w:rPr>
        <w:t>mise</w:t>
      </w:r>
      <w:proofErr w:type="spellEnd"/>
      <w:r w:rsidRPr="00B038CD">
        <w:rPr>
          <w:rFonts w:cstheme="minorHAnsi"/>
          <w:sz w:val="24"/>
          <w:szCs w:val="24"/>
          <w:lang w:val="pl-PL"/>
        </w:rPr>
        <w:t xml:space="preserve"> en place </w:t>
      </w:r>
    </w:p>
    <w:p w14:paraId="32D29229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13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0</w:t>
      </w:r>
      <w:r>
        <w:rPr>
          <w:rFonts w:cstheme="minorHAnsi"/>
          <w:sz w:val="24"/>
          <w:szCs w:val="24"/>
          <w:lang w:val="pl-PL"/>
        </w:rPr>
        <w:t>0</w:t>
      </w:r>
      <w:r w:rsidRPr="00B038CD">
        <w:rPr>
          <w:rFonts w:cstheme="minorHAnsi"/>
          <w:sz w:val="24"/>
          <w:szCs w:val="24"/>
          <w:lang w:val="pl-PL"/>
        </w:rPr>
        <w:t xml:space="preserve"> - Rozpoczęcie pracy </w:t>
      </w:r>
    </w:p>
    <w:p w14:paraId="533DF7E0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4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 xml:space="preserve">0 - Serwis dania głównego </w:t>
      </w:r>
    </w:p>
    <w:p w14:paraId="0B5B2312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1</w:t>
      </w:r>
      <w:r w:rsidR="00CF176A">
        <w:rPr>
          <w:rFonts w:cstheme="minorHAnsi"/>
          <w:sz w:val="24"/>
          <w:szCs w:val="24"/>
          <w:lang w:val="pl-PL"/>
        </w:rPr>
        <w:t>5</w:t>
      </w:r>
      <w:r w:rsidRPr="00B038CD">
        <w:rPr>
          <w:rFonts w:cstheme="minorHAnsi"/>
          <w:sz w:val="24"/>
          <w:szCs w:val="24"/>
          <w:lang w:val="pl-PL"/>
        </w:rPr>
        <w:t>:</w:t>
      </w:r>
      <w:r w:rsidR="00CF176A">
        <w:rPr>
          <w:rFonts w:cstheme="minorHAnsi"/>
          <w:sz w:val="24"/>
          <w:szCs w:val="24"/>
          <w:lang w:val="pl-PL"/>
        </w:rPr>
        <w:t>3</w:t>
      </w:r>
      <w:r w:rsidRPr="00B038CD">
        <w:rPr>
          <w:rFonts w:cstheme="minorHAnsi"/>
          <w:sz w:val="24"/>
          <w:szCs w:val="24"/>
          <w:lang w:val="pl-PL"/>
        </w:rPr>
        <w:t xml:space="preserve">0 - Serwis Deseru </w:t>
      </w:r>
    </w:p>
    <w:p w14:paraId="425D2316" w14:textId="77777777" w:rsidR="00933BEE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A17C9A7" w14:textId="77777777" w:rsidR="00933BEE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4D9FCA28" w14:textId="77777777" w:rsidR="00933BEE" w:rsidRPr="00B038CD" w:rsidRDefault="00933BEE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61B4D1B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069BFDA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53F1ED21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322EA27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Zespoły będą zajmować stanowiska po wcześniejszym ich wylosowaniu w</w:t>
      </w:r>
      <w:r w:rsidR="008E0FD6">
        <w:rPr>
          <w:rFonts w:cstheme="minorHAnsi"/>
          <w:sz w:val="24"/>
          <w:szCs w:val="24"/>
          <w:lang w:val="pl-PL"/>
        </w:rPr>
        <w:t xml:space="preserve"> </w:t>
      </w:r>
      <w:r w:rsidRPr="008E0FD6">
        <w:rPr>
          <w:rFonts w:cstheme="minorHAnsi"/>
          <w:sz w:val="24"/>
          <w:szCs w:val="24"/>
          <w:lang w:val="pl-PL"/>
        </w:rPr>
        <w:t>dniu odprawy.</w:t>
      </w:r>
      <w:r w:rsidR="00C830E5">
        <w:rPr>
          <w:rFonts w:cstheme="minorHAnsi"/>
          <w:sz w:val="24"/>
          <w:szCs w:val="24"/>
          <w:lang w:val="pl-PL"/>
        </w:rPr>
        <w:t xml:space="preserve"> Odprawa Konkursowa odbędzie się dnia 10.03.2026 roku o godzinie 16:30 </w:t>
      </w:r>
    </w:p>
    <w:p w14:paraId="6D7D8181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 xml:space="preserve">Wszystkie składniki niezbędne do przygotowania dań konkursowych każda z ekip zabezpiecza we własnym zakresie (składniki obowiązkowe zapewnia organizator) </w:t>
      </w:r>
    </w:p>
    <w:p w14:paraId="02DE1992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Wszystkie produkty oraz składniki użyte do dań konkursowych, łącznie z dekoracją muszą być jadalne, świeże, nietrujące oraz nie zakazane przez polskie prawo.</w:t>
      </w:r>
    </w:p>
    <w:p w14:paraId="1D87A938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8737F24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8E0FD6">
        <w:rPr>
          <w:rFonts w:cstheme="minorHAnsi"/>
          <w:sz w:val="24"/>
          <w:szCs w:val="24"/>
          <w:lang w:val="pl-PL"/>
        </w:rPr>
        <w:t>Wszystkie składniki użyte do przygotowania dań konkursowych powinny być</w:t>
      </w:r>
      <w:r w:rsidR="008E0FD6" w:rsidRPr="008E0FD6">
        <w:rPr>
          <w:rFonts w:cstheme="minorHAnsi"/>
          <w:sz w:val="24"/>
          <w:szCs w:val="24"/>
          <w:lang w:val="pl-PL"/>
        </w:rPr>
        <w:t xml:space="preserve"> </w:t>
      </w:r>
      <w:r w:rsidRPr="008E0FD6">
        <w:rPr>
          <w:rFonts w:cstheme="minorHAnsi"/>
          <w:sz w:val="24"/>
          <w:szCs w:val="24"/>
          <w:lang w:val="pl-PL"/>
        </w:rPr>
        <w:t>odważone i zapakowane w pojemniki wielokrotnego użytku. Produkty nie mogą być przyniesione w oryginalnych opakowaniach z logiem producenta.</w:t>
      </w:r>
    </w:p>
    <w:p w14:paraId="01E188F5" w14:textId="77777777" w:rsidR="00B038CD" w:rsidRP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444FE2AA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</w:rPr>
      </w:pPr>
      <w:proofErr w:type="spellStart"/>
      <w:r w:rsidRPr="008E0FD6">
        <w:rPr>
          <w:rFonts w:cstheme="minorHAnsi"/>
          <w:sz w:val="24"/>
          <w:szCs w:val="24"/>
        </w:rPr>
        <w:t>Dozwolone</w:t>
      </w:r>
      <w:proofErr w:type="spellEnd"/>
      <w:r w:rsidRPr="008E0FD6">
        <w:rPr>
          <w:rFonts w:cstheme="minorHAnsi"/>
          <w:sz w:val="24"/>
          <w:szCs w:val="24"/>
        </w:rPr>
        <w:t xml:space="preserve"> jest:</w:t>
      </w:r>
    </w:p>
    <w:p w14:paraId="47B76E6C" w14:textId="77777777" w:rsidR="00B038CD" w:rsidRPr="00B038CD" w:rsidRDefault="00C830E5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Użycie</w:t>
      </w:r>
      <w:r w:rsidR="00B038CD" w:rsidRPr="00B038CD">
        <w:rPr>
          <w:rFonts w:cstheme="minorHAnsi"/>
          <w:sz w:val="24"/>
          <w:szCs w:val="24"/>
          <w:lang w:val="pl-PL"/>
        </w:rPr>
        <w:t xml:space="preserve"> owoców i warzyw obranych, ale nie pokrojonych </w:t>
      </w:r>
      <w:r>
        <w:rPr>
          <w:rFonts w:cstheme="minorHAnsi"/>
          <w:sz w:val="24"/>
          <w:szCs w:val="24"/>
          <w:lang w:val="pl-PL"/>
        </w:rPr>
        <w:t xml:space="preserve">i nie poddanych obróbce </w:t>
      </w:r>
      <w:proofErr w:type="spellStart"/>
      <w:r>
        <w:rPr>
          <w:rFonts w:cstheme="minorHAnsi"/>
          <w:sz w:val="24"/>
          <w:szCs w:val="24"/>
          <w:lang w:val="pl-PL"/>
        </w:rPr>
        <w:t>trmicznej</w:t>
      </w:r>
      <w:proofErr w:type="spellEnd"/>
    </w:p>
    <w:p w14:paraId="63140DD5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Użycie przygotowanych wcześniej, nie zredukowanych i niedoprawionych wywarów</w:t>
      </w:r>
    </w:p>
    <w:p w14:paraId="1363941A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Użycie puree owocowych i warzywnych, nie zredukowanych i nie doprawionych </w:t>
      </w:r>
    </w:p>
    <w:p w14:paraId="6E355640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Użycie soków owocowych i warzywnych, nie zredukowanych i nie doprawionych</w:t>
      </w:r>
    </w:p>
    <w:p w14:paraId="0F3AC6EB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Użycie gotowych, zagniecionych ale nie uformowanych i nie wypieczonych</w:t>
      </w:r>
      <w:r w:rsidR="00C830E5">
        <w:rPr>
          <w:rFonts w:cstheme="minorHAnsi"/>
          <w:sz w:val="24"/>
          <w:szCs w:val="24"/>
          <w:lang w:val="pl-PL"/>
        </w:rPr>
        <w:t xml:space="preserve">/ugotowanych </w:t>
      </w:r>
      <w:r w:rsidRPr="00B038CD">
        <w:rPr>
          <w:rFonts w:cstheme="minorHAnsi"/>
          <w:sz w:val="24"/>
          <w:szCs w:val="24"/>
          <w:lang w:val="pl-PL"/>
        </w:rPr>
        <w:t>ciast</w:t>
      </w:r>
    </w:p>
    <w:p w14:paraId="5CEDEDFA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Użycie liofilizowanych i suszonych owoców i warzyw </w:t>
      </w:r>
    </w:p>
    <w:p w14:paraId="2ECF6A09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Użycie wcześniej oczyszczonego ale nieuformowanego i nie pokrojonego elementu ryby lub mięsa  </w:t>
      </w:r>
    </w:p>
    <w:p w14:paraId="6623A96B" w14:textId="77777777" w:rsidR="00B038CD" w:rsidRPr="00B038CD" w:rsidRDefault="00B038CD" w:rsidP="008E0FD6">
      <w:pPr>
        <w:numPr>
          <w:ilvl w:val="0"/>
          <w:numId w:val="20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Użycie skorupiaków bez głowy i pancerza/muszli, ale niepoddanych żadnej obróbce termicznej oraz kalibracji </w:t>
      </w:r>
    </w:p>
    <w:p w14:paraId="01275906" w14:textId="77777777" w:rsidR="00B038CD" w:rsidRPr="00B038CD" w:rsidRDefault="00B038CD" w:rsidP="008E0FD6">
      <w:pPr>
        <w:shd w:val="clear" w:color="auto" w:fill="FFFFFF"/>
        <w:spacing w:after="0"/>
        <w:ind w:left="720"/>
        <w:rPr>
          <w:rFonts w:cstheme="minorHAnsi"/>
          <w:sz w:val="24"/>
          <w:szCs w:val="24"/>
          <w:lang w:val="pl-PL"/>
        </w:rPr>
      </w:pPr>
    </w:p>
    <w:p w14:paraId="5D8EE4EA" w14:textId="77777777" w:rsidR="00B038CD" w:rsidRDefault="00B038CD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4DF0C584" w14:textId="77777777" w:rsidR="00FB4546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28D63C76" w14:textId="77777777" w:rsidR="00FB4546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3DDA36BC" w14:textId="77777777" w:rsidR="00FB4546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772A927" w14:textId="77777777" w:rsidR="00FB4546" w:rsidRPr="00B038CD" w:rsidRDefault="00FB4546" w:rsidP="008E0FD6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4D03BBA" w14:textId="77777777" w:rsidR="00B038CD" w:rsidRPr="008E0FD6" w:rsidRDefault="00B038CD" w:rsidP="008E0FD6">
      <w:pPr>
        <w:pStyle w:val="Akapitzlist"/>
        <w:numPr>
          <w:ilvl w:val="0"/>
          <w:numId w:val="22"/>
        </w:numP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</w:rPr>
      </w:pPr>
      <w:proofErr w:type="spellStart"/>
      <w:r w:rsidRPr="008E0FD6">
        <w:rPr>
          <w:rFonts w:cstheme="minorHAnsi"/>
          <w:sz w:val="24"/>
          <w:szCs w:val="24"/>
        </w:rPr>
        <w:t>Zabrania</w:t>
      </w:r>
      <w:proofErr w:type="spellEnd"/>
      <w:r w:rsidRPr="008E0FD6">
        <w:rPr>
          <w:rFonts w:cstheme="minorHAnsi"/>
          <w:sz w:val="24"/>
          <w:szCs w:val="24"/>
        </w:rPr>
        <w:t xml:space="preserve"> </w:t>
      </w:r>
      <w:proofErr w:type="spellStart"/>
      <w:r w:rsidRPr="008E0FD6">
        <w:rPr>
          <w:rFonts w:cstheme="minorHAnsi"/>
          <w:sz w:val="24"/>
          <w:szCs w:val="24"/>
        </w:rPr>
        <w:t>się</w:t>
      </w:r>
      <w:proofErr w:type="spellEnd"/>
      <w:r w:rsidRPr="008E0FD6">
        <w:rPr>
          <w:rFonts w:cstheme="minorHAnsi"/>
          <w:sz w:val="24"/>
          <w:szCs w:val="24"/>
        </w:rPr>
        <w:t>:</w:t>
      </w:r>
    </w:p>
    <w:p w14:paraId="438FFA1B" w14:textId="77777777" w:rsidR="00B038CD" w:rsidRPr="00B038CD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Stosowanie produktów wcześniej wyporcjowanych oraz uformowanych</w:t>
      </w:r>
    </w:p>
    <w:p w14:paraId="057AA5BE" w14:textId="77777777" w:rsidR="00B038CD" w:rsidRPr="00C830E5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C830E5">
        <w:rPr>
          <w:rFonts w:cstheme="minorHAnsi"/>
          <w:sz w:val="24"/>
          <w:szCs w:val="24"/>
          <w:lang w:val="pl-PL"/>
        </w:rPr>
        <w:t xml:space="preserve">Stosowania gotowych sosów, farszów, nadzień </w:t>
      </w:r>
    </w:p>
    <w:p w14:paraId="4D352BE3" w14:textId="77777777" w:rsidR="00B038CD" w:rsidRPr="00D65043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</w:rPr>
      </w:pPr>
      <w:r w:rsidRPr="00C830E5">
        <w:rPr>
          <w:rFonts w:cstheme="minorHAnsi"/>
          <w:sz w:val="24"/>
          <w:szCs w:val="24"/>
          <w:lang w:val="pl-PL"/>
        </w:rPr>
        <w:t xml:space="preserve">   </w:t>
      </w:r>
      <w:proofErr w:type="spellStart"/>
      <w:r w:rsidRPr="00D65043">
        <w:rPr>
          <w:rFonts w:cstheme="minorHAnsi"/>
          <w:sz w:val="24"/>
          <w:szCs w:val="24"/>
        </w:rPr>
        <w:t>Stosowania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sztucznych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niejadalnych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dekoracji</w:t>
      </w:r>
      <w:proofErr w:type="spellEnd"/>
    </w:p>
    <w:p w14:paraId="0BE17058" w14:textId="77777777" w:rsidR="00B038CD" w:rsidRPr="00D65043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</w:rPr>
      </w:pPr>
      <w:proofErr w:type="spellStart"/>
      <w:r w:rsidRPr="00D65043">
        <w:rPr>
          <w:rFonts w:cstheme="minorHAnsi"/>
          <w:sz w:val="24"/>
          <w:szCs w:val="24"/>
        </w:rPr>
        <w:t>Stosowania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wcześniej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rozdrobnionych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produktów</w:t>
      </w:r>
      <w:proofErr w:type="spellEnd"/>
    </w:p>
    <w:p w14:paraId="629FA161" w14:textId="77777777" w:rsidR="00B038CD" w:rsidRPr="00B038CD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Stosowanie produktów poddanych wcześniejszej obróbce termicznej</w:t>
      </w:r>
    </w:p>
    <w:p w14:paraId="20FEF609" w14:textId="77777777" w:rsidR="00B038CD" w:rsidRPr="00B038CD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708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   Stosowania niejadalnych produktów wchodzących w skład dań konkursowych</w:t>
      </w:r>
    </w:p>
    <w:p w14:paraId="70316B0B" w14:textId="77777777" w:rsidR="00B038CD" w:rsidRPr="00B038CD" w:rsidRDefault="00B038CD" w:rsidP="008E0FD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 xml:space="preserve">   Użycia wcześniej przygotowanych dekoracji i elementów dekoracyjnych </w:t>
      </w:r>
    </w:p>
    <w:p w14:paraId="32E4728B" w14:textId="77777777" w:rsidR="00B038CD" w:rsidRPr="00D65043" w:rsidRDefault="00B038CD" w:rsidP="008E0FD6">
      <w:pPr>
        <w:numPr>
          <w:ilvl w:val="0"/>
          <w:numId w:val="21"/>
        </w:numPr>
        <w:shd w:val="clear" w:color="auto" w:fill="FFFFFF"/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U</w:t>
      </w:r>
      <w:r w:rsidRPr="00D65043">
        <w:rPr>
          <w:rFonts w:cstheme="minorHAnsi"/>
          <w:sz w:val="24"/>
          <w:szCs w:val="24"/>
        </w:rPr>
        <w:t>życie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aromatyzowanych</w:t>
      </w:r>
      <w:proofErr w:type="spellEnd"/>
      <w:r w:rsidRPr="00D65043">
        <w:rPr>
          <w:rFonts w:cstheme="minorHAnsi"/>
          <w:sz w:val="24"/>
          <w:szCs w:val="24"/>
        </w:rPr>
        <w:t xml:space="preserve"> </w:t>
      </w:r>
      <w:proofErr w:type="spellStart"/>
      <w:r w:rsidRPr="00D65043">
        <w:rPr>
          <w:rFonts w:cstheme="minorHAnsi"/>
          <w:sz w:val="24"/>
          <w:szCs w:val="24"/>
        </w:rPr>
        <w:t>syropów</w:t>
      </w:r>
      <w:proofErr w:type="spellEnd"/>
    </w:p>
    <w:p w14:paraId="010B078E" w14:textId="77777777" w:rsidR="00B038CD" w:rsidRDefault="00B038CD" w:rsidP="008E0FD6">
      <w:pPr>
        <w:numPr>
          <w:ilvl w:val="0"/>
          <w:numId w:val="21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B038CD">
        <w:rPr>
          <w:rFonts w:cstheme="minorHAnsi"/>
          <w:sz w:val="24"/>
          <w:szCs w:val="24"/>
          <w:lang w:val="pl-PL"/>
        </w:rPr>
        <w:t>Użycie gotowych pudrów, aromatyzowanych soli i cukrów</w:t>
      </w:r>
    </w:p>
    <w:p w14:paraId="1F2D89E3" w14:textId="77777777" w:rsidR="00C830E5" w:rsidRDefault="00C830E5" w:rsidP="00C830E5">
      <w:pPr>
        <w:shd w:val="clear" w:color="auto" w:fill="FFFFFF"/>
        <w:spacing w:after="0"/>
        <w:ind w:left="720"/>
        <w:rPr>
          <w:rFonts w:cstheme="minorHAnsi"/>
          <w:sz w:val="24"/>
          <w:szCs w:val="24"/>
          <w:lang w:val="pl-PL"/>
        </w:rPr>
      </w:pPr>
    </w:p>
    <w:p w14:paraId="310F7EE4" w14:textId="77777777" w:rsidR="003D3961" w:rsidRPr="003D3961" w:rsidRDefault="003D3961" w:rsidP="003D3961">
      <w:pPr>
        <w:pStyle w:val="Akapitzlist"/>
        <w:numPr>
          <w:ilvl w:val="0"/>
          <w:numId w:val="22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>Podczas całego startu, w kuchni konkursowej zabrania się używania przyrządów i naczyń wykonanych ze szkła i innych materiałów, których uszkodzenie powodowałoby zanieczyszczenie przygotowywanej potrawy.</w:t>
      </w:r>
    </w:p>
    <w:p w14:paraId="3A83C35D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sz w:val="24"/>
          <w:szCs w:val="24"/>
          <w:lang w:val="pl-PL"/>
        </w:rPr>
      </w:pPr>
    </w:p>
    <w:p w14:paraId="6BEA9066" w14:textId="77777777" w:rsidR="003D3961" w:rsidRPr="003D3961" w:rsidRDefault="003D3961" w:rsidP="003D396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W kuchni konkursowej zawodnicy zobowiązani są do przestrzegania i stosowania się do ogólnych zasad HACCP. </w:t>
      </w:r>
    </w:p>
    <w:p w14:paraId="20B297D6" w14:textId="77777777" w:rsidR="00B038CD" w:rsidRPr="00B038CD" w:rsidRDefault="00B038CD" w:rsidP="008E0F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720"/>
        <w:rPr>
          <w:rFonts w:cstheme="minorHAnsi"/>
          <w:sz w:val="24"/>
          <w:szCs w:val="24"/>
          <w:lang w:val="pl-PL"/>
        </w:rPr>
      </w:pPr>
    </w:p>
    <w:p w14:paraId="7E77AD1A" w14:textId="77777777" w:rsidR="007D3EA8" w:rsidRPr="00E77508" w:rsidRDefault="007D3EA8">
      <w:pPr>
        <w:rPr>
          <w:lang w:val="pl-PL"/>
        </w:rPr>
      </w:pPr>
    </w:p>
    <w:p w14:paraId="5038BFC5" w14:textId="77777777" w:rsidR="00E77508" w:rsidRDefault="00E77508">
      <w:pPr>
        <w:rPr>
          <w:lang w:val="pl-PL"/>
        </w:rPr>
      </w:pPr>
    </w:p>
    <w:p w14:paraId="2C21D630" w14:textId="77777777" w:rsidR="00FB4546" w:rsidRDefault="00FB4546">
      <w:pPr>
        <w:rPr>
          <w:lang w:val="pl-PL"/>
        </w:rPr>
      </w:pPr>
    </w:p>
    <w:p w14:paraId="2922BF50" w14:textId="77777777" w:rsidR="00FB4546" w:rsidRDefault="00FB4546">
      <w:pPr>
        <w:rPr>
          <w:lang w:val="pl-PL"/>
        </w:rPr>
      </w:pPr>
    </w:p>
    <w:p w14:paraId="35122BAB" w14:textId="77777777" w:rsidR="00FB4546" w:rsidRDefault="00FB4546">
      <w:pPr>
        <w:rPr>
          <w:lang w:val="pl-PL"/>
        </w:rPr>
      </w:pPr>
    </w:p>
    <w:p w14:paraId="1521FD2A" w14:textId="77777777" w:rsidR="00FB4546" w:rsidRDefault="00FB4546">
      <w:pPr>
        <w:rPr>
          <w:lang w:val="pl-PL"/>
        </w:rPr>
      </w:pPr>
    </w:p>
    <w:p w14:paraId="53F9F705" w14:textId="77777777" w:rsidR="00FB4546" w:rsidRDefault="00FB4546">
      <w:pPr>
        <w:rPr>
          <w:lang w:val="pl-PL"/>
        </w:rPr>
      </w:pPr>
    </w:p>
    <w:p w14:paraId="37864E96" w14:textId="77777777" w:rsidR="00FB4546" w:rsidRDefault="00FB4546">
      <w:pPr>
        <w:rPr>
          <w:lang w:val="pl-PL"/>
        </w:rPr>
      </w:pPr>
    </w:p>
    <w:p w14:paraId="3681AD2E" w14:textId="77777777" w:rsidR="00FB4546" w:rsidRDefault="00FB4546">
      <w:pPr>
        <w:rPr>
          <w:lang w:val="pl-PL"/>
        </w:rPr>
      </w:pPr>
    </w:p>
    <w:p w14:paraId="27DD8BA3" w14:textId="77777777" w:rsidR="00FB4546" w:rsidRDefault="00FB4546">
      <w:pPr>
        <w:rPr>
          <w:lang w:val="pl-PL"/>
        </w:rPr>
      </w:pPr>
    </w:p>
    <w:p w14:paraId="7942C274" w14:textId="77777777" w:rsidR="00FB4546" w:rsidRDefault="00FB4546">
      <w:pPr>
        <w:rPr>
          <w:lang w:val="pl-PL"/>
        </w:rPr>
      </w:pPr>
    </w:p>
    <w:p w14:paraId="112ADEF8" w14:textId="77777777" w:rsidR="00FB4546" w:rsidRDefault="00FB4546">
      <w:pPr>
        <w:rPr>
          <w:lang w:val="pl-PL"/>
        </w:rPr>
      </w:pPr>
    </w:p>
    <w:p w14:paraId="34B88944" w14:textId="77777777" w:rsidR="00FB4546" w:rsidRDefault="00FB4546">
      <w:pPr>
        <w:rPr>
          <w:lang w:val="pl-PL"/>
        </w:rPr>
      </w:pPr>
    </w:p>
    <w:p w14:paraId="2676BFE2" w14:textId="77777777" w:rsidR="007D3EA8" w:rsidRPr="00E77508" w:rsidRDefault="00000000" w:rsidP="00E77508">
      <w:pPr>
        <w:jc w:val="center"/>
        <w:rPr>
          <w:b/>
          <w:bCs/>
          <w:lang w:val="pl-PL"/>
        </w:rPr>
      </w:pPr>
      <w:r w:rsidRPr="00E77508">
        <w:rPr>
          <w:b/>
          <w:bCs/>
          <w:lang w:val="pl-PL"/>
        </w:rPr>
        <w:t>§ 4 OCENA KONKURSOWA</w:t>
      </w:r>
    </w:p>
    <w:p w14:paraId="34AC1433" w14:textId="77777777" w:rsidR="003D3961" w:rsidRPr="003D3961" w:rsidRDefault="003D3961" w:rsidP="003D3961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>Jury Konkursu</w:t>
      </w:r>
      <w:r>
        <w:rPr>
          <w:rFonts w:cstheme="minorHAnsi"/>
          <w:bCs/>
          <w:sz w:val="24"/>
          <w:szCs w:val="24"/>
          <w:lang w:val="pl-PL"/>
        </w:rPr>
        <w:t>:</w:t>
      </w:r>
    </w:p>
    <w:p w14:paraId="488FACDD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 xml:space="preserve">Jury konkursu będzie się składało z </w:t>
      </w:r>
      <w:r>
        <w:rPr>
          <w:rFonts w:cstheme="minorHAnsi"/>
          <w:bCs/>
          <w:sz w:val="24"/>
          <w:szCs w:val="24"/>
          <w:lang w:val="pl-PL"/>
        </w:rPr>
        <w:t>10</w:t>
      </w:r>
      <w:r w:rsidRPr="003D3961">
        <w:rPr>
          <w:rFonts w:cstheme="minorHAnsi"/>
          <w:bCs/>
          <w:sz w:val="24"/>
          <w:szCs w:val="24"/>
          <w:lang w:val="pl-PL"/>
        </w:rPr>
        <w:t xml:space="preserve"> członków, w tym:</w:t>
      </w:r>
    </w:p>
    <w:p w14:paraId="4AE766F0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 xml:space="preserve">5 członków Jury degustacyjnego wraz z Przewodniczącym Jury </w:t>
      </w:r>
    </w:p>
    <w:p w14:paraId="2A64D80F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 xml:space="preserve">4 członków Jury technicznego </w:t>
      </w:r>
    </w:p>
    <w:p w14:paraId="79C18D3D" w14:textId="77777777" w:rsid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 xml:space="preserve">Sekretarza Konkursu </w:t>
      </w:r>
    </w:p>
    <w:p w14:paraId="11545C8B" w14:textId="77777777" w:rsid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</w:p>
    <w:p w14:paraId="6C6EEBE1" w14:textId="77777777" w:rsidR="003D3961" w:rsidRPr="003D3961" w:rsidRDefault="003D3961" w:rsidP="003D3961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bCs/>
          <w:sz w:val="24"/>
          <w:szCs w:val="24"/>
          <w:lang w:val="pl-PL"/>
        </w:rPr>
      </w:pPr>
      <w:r w:rsidRPr="003D3961">
        <w:rPr>
          <w:rFonts w:cstheme="minorHAnsi"/>
          <w:bCs/>
          <w:sz w:val="24"/>
          <w:szCs w:val="24"/>
          <w:lang w:val="pl-PL"/>
        </w:rPr>
        <w:t>Każdy członek jury degustacyjnego będzie oceniał według następujących wytycznych:</w:t>
      </w:r>
    </w:p>
    <w:p w14:paraId="765BF718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b/>
          <w:sz w:val="24"/>
          <w:szCs w:val="24"/>
          <w:lang w:val="pl-PL"/>
        </w:rPr>
      </w:pPr>
      <w:r w:rsidRPr="003D3961">
        <w:rPr>
          <w:rFonts w:cstheme="minorHAnsi"/>
          <w:b/>
          <w:sz w:val="24"/>
          <w:szCs w:val="24"/>
          <w:lang w:val="pl-PL"/>
        </w:rPr>
        <w:t>Ocena Jury:</w:t>
      </w:r>
    </w:p>
    <w:p w14:paraId="41234456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proofErr w:type="spellStart"/>
      <w:r w:rsidRPr="003D3961">
        <w:rPr>
          <w:rFonts w:cstheme="minorHAnsi"/>
          <w:sz w:val="24"/>
          <w:szCs w:val="24"/>
          <w:lang w:val="pl-PL"/>
        </w:rPr>
        <w:t>Mise</w:t>
      </w:r>
      <w:proofErr w:type="spellEnd"/>
      <w:r w:rsidRPr="003D3961">
        <w:rPr>
          <w:rFonts w:cstheme="minorHAnsi"/>
          <w:sz w:val="24"/>
          <w:szCs w:val="24"/>
          <w:lang w:val="pl-PL"/>
        </w:rPr>
        <w:t xml:space="preserve"> en place                                                    5  punktów </w:t>
      </w:r>
    </w:p>
    <w:p w14:paraId="01017163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Higiena i organizacja pracy                        10 punktów </w:t>
      </w:r>
    </w:p>
    <w:p w14:paraId="2F6783C9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Przygotowanie i techniki kulinarne   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3D3961">
        <w:rPr>
          <w:rFonts w:cstheme="minorHAnsi"/>
          <w:sz w:val="24"/>
          <w:szCs w:val="24"/>
          <w:lang w:val="pl-PL"/>
        </w:rPr>
        <w:t xml:space="preserve">     20 punktów </w:t>
      </w:r>
    </w:p>
    <w:p w14:paraId="31377EED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Prezentacja                                                      15 punktów </w:t>
      </w:r>
    </w:p>
    <w:p w14:paraId="390D2553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Smak                                                           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3D3961">
        <w:rPr>
          <w:rFonts w:cstheme="minorHAnsi"/>
          <w:sz w:val="24"/>
          <w:szCs w:val="24"/>
          <w:lang w:val="pl-PL"/>
        </w:rPr>
        <w:t xml:space="preserve">      50 punktów </w:t>
      </w:r>
    </w:p>
    <w:p w14:paraId="485DAD77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Maksymalna suma punktów                   </w:t>
      </w:r>
      <w:r w:rsidR="00900459">
        <w:rPr>
          <w:rFonts w:cstheme="minorHAnsi"/>
          <w:sz w:val="24"/>
          <w:szCs w:val="24"/>
          <w:lang w:val="pl-PL"/>
        </w:rPr>
        <w:t xml:space="preserve"> </w:t>
      </w:r>
      <w:r w:rsidRPr="003D3961">
        <w:rPr>
          <w:rFonts w:cstheme="minorHAnsi"/>
          <w:sz w:val="24"/>
          <w:szCs w:val="24"/>
          <w:lang w:val="pl-PL"/>
        </w:rPr>
        <w:t>100 punktów</w:t>
      </w:r>
    </w:p>
    <w:p w14:paraId="4CD49B53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</w:p>
    <w:p w14:paraId="1357AAFA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>Składowe oceny:</w:t>
      </w:r>
    </w:p>
    <w:p w14:paraId="2546FAE9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Danie główne                                                100 punktów </w:t>
      </w:r>
    </w:p>
    <w:p w14:paraId="2F147810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Deser                                                              </w:t>
      </w:r>
      <w:r w:rsidR="00900459">
        <w:rPr>
          <w:rFonts w:cstheme="minorHAnsi"/>
          <w:sz w:val="24"/>
          <w:szCs w:val="24"/>
          <w:lang w:val="pl-PL"/>
        </w:rPr>
        <w:t xml:space="preserve"> </w:t>
      </w:r>
      <w:r w:rsidRPr="003D3961">
        <w:rPr>
          <w:rFonts w:cstheme="minorHAnsi"/>
          <w:sz w:val="24"/>
          <w:szCs w:val="24"/>
          <w:lang w:val="pl-PL"/>
        </w:rPr>
        <w:t xml:space="preserve">100 punktów </w:t>
      </w:r>
    </w:p>
    <w:p w14:paraId="3F4ED93A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Końcowa ocena                             </w:t>
      </w:r>
      <w:r>
        <w:rPr>
          <w:rFonts w:cstheme="minorHAnsi"/>
          <w:sz w:val="24"/>
          <w:szCs w:val="24"/>
          <w:lang w:val="pl-PL"/>
        </w:rPr>
        <w:t>2</w:t>
      </w:r>
      <w:r w:rsidRPr="003D3961">
        <w:rPr>
          <w:rFonts w:cstheme="minorHAnsi"/>
          <w:sz w:val="24"/>
          <w:szCs w:val="24"/>
          <w:lang w:val="pl-PL"/>
        </w:rPr>
        <w:t>00/</w:t>
      </w:r>
      <w:r>
        <w:rPr>
          <w:rFonts w:cstheme="minorHAnsi"/>
          <w:sz w:val="24"/>
          <w:szCs w:val="24"/>
          <w:lang w:val="pl-PL"/>
        </w:rPr>
        <w:t>2</w:t>
      </w:r>
      <w:r w:rsidRPr="003D3961">
        <w:rPr>
          <w:rFonts w:cstheme="minorHAnsi"/>
          <w:sz w:val="24"/>
          <w:szCs w:val="24"/>
          <w:lang w:val="pl-PL"/>
        </w:rPr>
        <w:t xml:space="preserve"> = 100 punktów</w:t>
      </w:r>
    </w:p>
    <w:p w14:paraId="4EF050A0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</w:p>
    <w:p w14:paraId="7451D9B2" w14:textId="77777777" w:rsidR="003D3961" w:rsidRPr="003D3961" w:rsidRDefault="003D3961" w:rsidP="003D3961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>Za każde opóźnienie w serwowaniu poszczególnych dań przewodniczący jury ma prawo do odjęcia punktów:</w:t>
      </w:r>
    </w:p>
    <w:p w14:paraId="03197E20" w14:textId="77777777" w:rsidR="003D3961" w:rsidRPr="0013361B" w:rsidRDefault="003D3961" w:rsidP="00900459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sz w:val="24"/>
          <w:szCs w:val="24"/>
          <w:lang w:val="pl-PL"/>
        </w:rPr>
      </w:pPr>
      <w:r w:rsidRPr="0013361B">
        <w:rPr>
          <w:rFonts w:cstheme="minorHAnsi"/>
          <w:sz w:val="24"/>
          <w:szCs w:val="24"/>
          <w:lang w:val="pl-PL"/>
        </w:rPr>
        <w:t xml:space="preserve">1 minuta - 2 punkty </w:t>
      </w:r>
    </w:p>
    <w:p w14:paraId="040839DE" w14:textId="77777777" w:rsidR="003D3961" w:rsidRPr="0013361B" w:rsidRDefault="003D3961" w:rsidP="00900459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sz w:val="24"/>
          <w:szCs w:val="24"/>
          <w:lang w:val="pl-PL"/>
        </w:rPr>
      </w:pPr>
      <w:r w:rsidRPr="0013361B">
        <w:rPr>
          <w:rFonts w:cstheme="minorHAnsi"/>
          <w:sz w:val="24"/>
          <w:szCs w:val="24"/>
          <w:lang w:val="pl-PL"/>
        </w:rPr>
        <w:t xml:space="preserve">5 minut - 10 punktów </w:t>
      </w:r>
    </w:p>
    <w:p w14:paraId="4AA09B85" w14:textId="77777777" w:rsidR="003D3961" w:rsidRDefault="003D3961" w:rsidP="00900459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>10 minut i więcej - zaprzestanie oceny Jury, wynik oceny danego dania = 0 punktów u każdego z członków jury degustacyjnego.</w:t>
      </w:r>
    </w:p>
    <w:p w14:paraId="0E7B0BAF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sz w:val="24"/>
          <w:szCs w:val="24"/>
          <w:lang w:val="pl-PL"/>
        </w:rPr>
      </w:pPr>
    </w:p>
    <w:p w14:paraId="217C02FB" w14:textId="77777777" w:rsidR="00FB4546" w:rsidRDefault="00FB4546" w:rsidP="00FB45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jc w:val="both"/>
        <w:rPr>
          <w:rFonts w:cstheme="minorHAnsi"/>
          <w:sz w:val="24"/>
          <w:szCs w:val="24"/>
          <w:lang w:val="pl-PL"/>
        </w:rPr>
      </w:pPr>
    </w:p>
    <w:p w14:paraId="2D8B18D2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sz w:val="24"/>
          <w:szCs w:val="24"/>
          <w:lang w:val="pl-PL"/>
        </w:rPr>
      </w:pPr>
    </w:p>
    <w:p w14:paraId="4C440EA0" w14:textId="77777777" w:rsidR="003D3961" w:rsidRPr="003D3961" w:rsidRDefault="003D3961" w:rsidP="008F48D5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lastRenderedPageBreak/>
        <w:t xml:space="preserve">Po zakończeniu pracy w kuchni, każdy zespół w czasie </w:t>
      </w:r>
      <w:r>
        <w:rPr>
          <w:rFonts w:cstheme="minorHAnsi"/>
          <w:sz w:val="24"/>
          <w:szCs w:val="24"/>
          <w:lang w:val="pl-PL"/>
        </w:rPr>
        <w:t>15</w:t>
      </w:r>
      <w:r w:rsidRPr="003D3961">
        <w:rPr>
          <w:rFonts w:cstheme="minorHAnsi"/>
          <w:sz w:val="24"/>
          <w:szCs w:val="24"/>
          <w:lang w:val="pl-PL"/>
        </w:rPr>
        <w:t xml:space="preserve"> minut od zakończenia zmagań konkursowych jest zobowiązany do posprzątania kuchni i pozostawienia jej w stanie sprzed rozpoczęcia pracy. Po tym czasie członkowie jury technicznego sprawdzą stan kuchni. Za odchylenia w stanie zdawanej kuchni przez uczestników, jury techniczne konkursu ma prawo do odjęcia maksymalnie 5 punktów z ostatecznej oceny jury konkursowego. </w:t>
      </w:r>
    </w:p>
    <w:p w14:paraId="69F1DDE6" w14:textId="77777777" w:rsidR="003D3961" w:rsidRPr="003D3961" w:rsidRDefault="003D3961" w:rsidP="008F48D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</w:p>
    <w:p w14:paraId="7EDAAF38" w14:textId="77777777" w:rsidR="003D3961" w:rsidRPr="003D3961" w:rsidRDefault="003D3961" w:rsidP="008F48D5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 xml:space="preserve">W sytuacjach spornych lub w przypadku uzyskania przez dwie lub więcej zespołów takiego samego wyniku ostateczną i niepodważalną decyzję, po konsultacji z pozostałymi członkami Jury podejmuje Przewodniczący Jury. </w:t>
      </w:r>
    </w:p>
    <w:p w14:paraId="2681026A" w14:textId="77777777" w:rsidR="003D3961" w:rsidRPr="003D3961" w:rsidRDefault="003D3961" w:rsidP="008F48D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sz w:val="24"/>
          <w:szCs w:val="24"/>
          <w:lang w:val="pl-PL"/>
        </w:rPr>
      </w:pPr>
    </w:p>
    <w:p w14:paraId="3E4654C8" w14:textId="77777777" w:rsidR="003D3961" w:rsidRPr="003D3961" w:rsidRDefault="003D3961" w:rsidP="008F48D5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rPr>
          <w:rFonts w:cstheme="minorHAnsi"/>
          <w:sz w:val="24"/>
          <w:szCs w:val="24"/>
          <w:lang w:val="pl-PL"/>
        </w:rPr>
      </w:pPr>
      <w:r w:rsidRPr="003D3961">
        <w:rPr>
          <w:rFonts w:cstheme="minorHAnsi"/>
          <w:sz w:val="24"/>
          <w:szCs w:val="24"/>
          <w:lang w:val="pl-PL"/>
        </w:rPr>
        <w:t>W dniu konkursu, o godzinie 1</w:t>
      </w:r>
      <w:r>
        <w:rPr>
          <w:rFonts w:cstheme="minorHAnsi"/>
          <w:sz w:val="24"/>
          <w:szCs w:val="24"/>
          <w:lang w:val="pl-PL"/>
        </w:rPr>
        <w:t>6</w:t>
      </w:r>
      <w:r w:rsidRPr="003D3961">
        <w:rPr>
          <w:rFonts w:cstheme="minorHAnsi"/>
          <w:sz w:val="24"/>
          <w:szCs w:val="24"/>
          <w:lang w:val="pl-PL"/>
        </w:rPr>
        <w:t>:</w:t>
      </w:r>
      <w:r w:rsidR="001139E8">
        <w:rPr>
          <w:rFonts w:cstheme="minorHAnsi"/>
          <w:sz w:val="24"/>
          <w:szCs w:val="24"/>
          <w:lang w:val="pl-PL"/>
        </w:rPr>
        <w:t>0</w:t>
      </w:r>
      <w:r w:rsidRPr="003D3961">
        <w:rPr>
          <w:rFonts w:cstheme="minorHAnsi"/>
          <w:sz w:val="24"/>
          <w:szCs w:val="24"/>
          <w:lang w:val="pl-PL"/>
        </w:rPr>
        <w:t>0 odbędzie się podsumowanie przez Jury konkursu wraz z uczestnikami, oraz indywidualne omówienie dań każdej z drużyn. Obecność uczestników na podsumowaniu konkursu jest obowiązkow</w:t>
      </w:r>
      <w:r w:rsidR="00900459">
        <w:rPr>
          <w:rFonts w:cstheme="minorHAnsi"/>
          <w:sz w:val="24"/>
          <w:szCs w:val="24"/>
          <w:lang w:val="pl-PL"/>
        </w:rPr>
        <w:t>a</w:t>
      </w:r>
      <w:r w:rsidRPr="003D3961">
        <w:rPr>
          <w:rFonts w:cstheme="minorHAnsi"/>
          <w:sz w:val="24"/>
          <w:szCs w:val="24"/>
          <w:lang w:val="pl-PL"/>
        </w:rPr>
        <w:t>.</w:t>
      </w:r>
    </w:p>
    <w:p w14:paraId="2B2F3FF2" w14:textId="77777777" w:rsidR="00FB4546" w:rsidRDefault="00FB4546" w:rsidP="008F48D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rPr>
          <w:rFonts w:cstheme="minorHAnsi"/>
          <w:bCs/>
          <w:sz w:val="24"/>
          <w:szCs w:val="24"/>
          <w:lang w:val="pl-PL"/>
        </w:rPr>
      </w:pPr>
    </w:p>
    <w:p w14:paraId="4EB4DEBC" w14:textId="77777777" w:rsidR="003D3961" w:rsidRPr="003D3961" w:rsidRDefault="003D3961" w:rsidP="003D3961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/>
        <w:ind w:left="502"/>
        <w:jc w:val="both"/>
        <w:rPr>
          <w:rFonts w:cstheme="minorHAnsi"/>
          <w:bCs/>
          <w:sz w:val="24"/>
          <w:szCs w:val="24"/>
          <w:lang w:val="pl-PL"/>
        </w:rPr>
      </w:pPr>
      <w:r>
        <w:rPr>
          <w:rFonts w:cstheme="minorHAnsi"/>
          <w:bCs/>
          <w:sz w:val="24"/>
          <w:szCs w:val="24"/>
          <w:lang w:val="pl-PL"/>
        </w:rPr>
        <w:t xml:space="preserve"> </w:t>
      </w:r>
    </w:p>
    <w:p w14:paraId="0BD1B881" w14:textId="77777777" w:rsidR="003D3961" w:rsidRDefault="003D3961" w:rsidP="003D3961">
      <w:pPr>
        <w:jc w:val="center"/>
        <w:rPr>
          <w:b/>
          <w:bCs/>
          <w:lang w:val="pl-PL"/>
        </w:rPr>
      </w:pPr>
      <w:r w:rsidRPr="00E77508">
        <w:rPr>
          <w:b/>
          <w:bCs/>
          <w:lang w:val="pl-PL"/>
        </w:rPr>
        <w:t xml:space="preserve">§ </w:t>
      </w:r>
      <w:r>
        <w:rPr>
          <w:b/>
          <w:bCs/>
          <w:lang w:val="pl-PL"/>
        </w:rPr>
        <w:t>5</w:t>
      </w:r>
      <w:r w:rsidRPr="00E77508">
        <w:rPr>
          <w:b/>
          <w:bCs/>
          <w:lang w:val="pl-PL"/>
        </w:rPr>
        <w:t xml:space="preserve"> </w:t>
      </w:r>
      <w:r>
        <w:rPr>
          <w:b/>
          <w:bCs/>
          <w:lang w:val="pl-PL"/>
        </w:rPr>
        <w:t xml:space="preserve">NAGRODY W KONKURSIE </w:t>
      </w:r>
    </w:p>
    <w:p w14:paraId="079FD70D" w14:textId="77777777" w:rsidR="003109FD" w:rsidRPr="001139E8" w:rsidRDefault="003109FD" w:rsidP="001139E8">
      <w:pPr>
        <w:pStyle w:val="Akapitzlist"/>
        <w:rPr>
          <w:b/>
          <w:bCs/>
          <w:lang w:val="pl-PL"/>
        </w:rPr>
      </w:pPr>
    </w:p>
    <w:p w14:paraId="1A09CB51" w14:textId="77777777" w:rsidR="003109FD" w:rsidRPr="003109FD" w:rsidRDefault="003109FD" w:rsidP="003109FD">
      <w:pPr>
        <w:pStyle w:val="Akapitzlist"/>
        <w:numPr>
          <w:ilvl w:val="0"/>
          <w:numId w:val="25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3109FD">
        <w:rPr>
          <w:rFonts w:cstheme="minorHAnsi"/>
          <w:sz w:val="24"/>
          <w:szCs w:val="24"/>
          <w:lang w:val="pl-PL"/>
        </w:rPr>
        <w:t xml:space="preserve">Wszyscy uczestnicy konkursu otrzymają dyplomy pamiątkowe i medale za udział w konkursie. </w:t>
      </w:r>
    </w:p>
    <w:p w14:paraId="04C9A1BE" w14:textId="77777777" w:rsidR="003109FD" w:rsidRPr="003109FD" w:rsidRDefault="003109FD" w:rsidP="003109FD">
      <w:pPr>
        <w:pStyle w:val="Akapitzlist"/>
        <w:ind w:left="502"/>
        <w:rPr>
          <w:b/>
          <w:bCs/>
          <w:lang w:val="pl-PL"/>
        </w:rPr>
      </w:pPr>
    </w:p>
    <w:p w14:paraId="464EBC28" w14:textId="77777777" w:rsidR="003109FD" w:rsidRPr="003109FD" w:rsidRDefault="003109FD" w:rsidP="003109FD">
      <w:pPr>
        <w:pStyle w:val="Akapitzlist"/>
        <w:numPr>
          <w:ilvl w:val="0"/>
          <w:numId w:val="25"/>
        </w:numPr>
        <w:rPr>
          <w:lang w:val="pl-PL"/>
        </w:rPr>
      </w:pPr>
      <w:r w:rsidRPr="003109FD">
        <w:rPr>
          <w:rFonts w:cstheme="minorHAnsi"/>
          <w:sz w:val="24"/>
          <w:szCs w:val="24"/>
          <w:lang w:val="pl-PL"/>
        </w:rPr>
        <w:t xml:space="preserve">Laureaci trzech pierwszych miejsc w konkursie </w:t>
      </w:r>
      <w:r w:rsidRPr="003109FD">
        <w:rPr>
          <w:lang w:val="pl-PL"/>
        </w:rPr>
        <w:t xml:space="preserve">„TRADYCJE KUCHNI POLSKIEJ” </w:t>
      </w:r>
      <w:r w:rsidR="00900459">
        <w:rPr>
          <w:lang w:val="pl-PL"/>
        </w:rPr>
        <w:t>-</w:t>
      </w:r>
      <w:r w:rsidRPr="003109FD">
        <w:rPr>
          <w:lang w:val="pl-PL"/>
        </w:rPr>
        <w:t xml:space="preserve"> EDYCJA PIERWSZA</w:t>
      </w:r>
      <w:r>
        <w:rPr>
          <w:lang w:val="pl-PL"/>
        </w:rPr>
        <w:t>, otrzymają następujące nagrody</w:t>
      </w:r>
    </w:p>
    <w:p w14:paraId="559524F8" w14:textId="77777777" w:rsidR="003109FD" w:rsidRDefault="003109FD" w:rsidP="003109FD">
      <w:pPr>
        <w:pStyle w:val="Akapitzlist"/>
        <w:shd w:val="clear" w:color="auto" w:fill="FFFFFF"/>
        <w:spacing w:after="0"/>
        <w:ind w:left="502"/>
        <w:rPr>
          <w:rFonts w:cstheme="minorHAnsi"/>
          <w:sz w:val="24"/>
          <w:szCs w:val="24"/>
          <w:lang w:val="pl-PL"/>
        </w:rPr>
      </w:pPr>
    </w:p>
    <w:p w14:paraId="55B82126" w14:textId="77777777" w:rsidR="003109FD" w:rsidRDefault="003109FD" w:rsidP="003109FD">
      <w:pPr>
        <w:pStyle w:val="Akapitzlist"/>
        <w:numPr>
          <w:ilvl w:val="0"/>
          <w:numId w:val="26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3109FD">
        <w:rPr>
          <w:rFonts w:cstheme="minorHAnsi"/>
          <w:sz w:val="24"/>
          <w:szCs w:val="24"/>
          <w:lang w:val="pl-PL"/>
        </w:rPr>
        <w:t>1 miejsce: Pami</w:t>
      </w:r>
      <w:r w:rsidR="005B7FCD">
        <w:rPr>
          <w:rFonts w:cstheme="minorHAnsi"/>
          <w:sz w:val="24"/>
          <w:szCs w:val="24"/>
          <w:lang w:val="pl-PL"/>
        </w:rPr>
        <w:t>ą</w:t>
      </w:r>
      <w:r w:rsidRPr="003109FD">
        <w:rPr>
          <w:rFonts w:cstheme="minorHAnsi"/>
          <w:sz w:val="24"/>
          <w:szCs w:val="24"/>
          <w:lang w:val="pl-PL"/>
        </w:rPr>
        <w:t>tkowy puchar za zdobycie 1-go miejsca, medale</w:t>
      </w:r>
      <w:r>
        <w:rPr>
          <w:rFonts w:cstheme="minorHAnsi"/>
          <w:sz w:val="24"/>
          <w:szCs w:val="24"/>
          <w:lang w:val="pl-PL"/>
        </w:rPr>
        <w:t xml:space="preserve">, </w:t>
      </w:r>
      <w:r w:rsidRPr="003109FD">
        <w:rPr>
          <w:rFonts w:cstheme="minorHAnsi"/>
          <w:b/>
          <w:bCs/>
          <w:sz w:val="24"/>
          <w:szCs w:val="24"/>
          <w:lang w:val="pl-PL"/>
        </w:rPr>
        <w:t>w</w:t>
      </w:r>
      <w:r>
        <w:rPr>
          <w:rFonts w:cstheme="minorHAnsi"/>
          <w:b/>
          <w:bCs/>
          <w:sz w:val="24"/>
          <w:szCs w:val="24"/>
          <w:lang w:val="pl-PL"/>
        </w:rPr>
        <w:t>y</w:t>
      </w:r>
      <w:r w:rsidRPr="003109FD">
        <w:rPr>
          <w:rFonts w:cstheme="minorHAnsi"/>
          <w:b/>
          <w:bCs/>
          <w:sz w:val="24"/>
          <w:szCs w:val="24"/>
          <w:lang w:val="pl-PL"/>
        </w:rPr>
        <w:t xml:space="preserve">jazd z Poland </w:t>
      </w:r>
      <w:proofErr w:type="spellStart"/>
      <w:r w:rsidRPr="003109FD">
        <w:rPr>
          <w:rFonts w:cstheme="minorHAnsi"/>
          <w:b/>
          <w:bCs/>
          <w:sz w:val="24"/>
          <w:szCs w:val="24"/>
          <w:lang w:val="pl-PL"/>
        </w:rPr>
        <w:t>Nacional</w:t>
      </w:r>
      <w:proofErr w:type="spellEnd"/>
      <w:r w:rsidRPr="003109FD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3109FD">
        <w:rPr>
          <w:rFonts w:cstheme="minorHAnsi"/>
          <w:b/>
          <w:bCs/>
          <w:sz w:val="24"/>
          <w:szCs w:val="24"/>
          <w:lang w:val="pl-PL"/>
        </w:rPr>
        <w:t>Culinary</w:t>
      </w:r>
      <w:proofErr w:type="spellEnd"/>
      <w:r w:rsidRPr="003109FD">
        <w:rPr>
          <w:rFonts w:cstheme="minorHAnsi"/>
          <w:b/>
          <w:bCs/>
          <w:sz w:val="24"/>
          <w:szCs w:val="24"/>
          <w:lang w:val="pl-PL"/>
        </w:rPr>
        <w:t xml:space="preserve"> Team do Luksemburga na </w:t>
      </w:r>
      <w:proofErr w:type="spellStart"/>
      <w:r w:rsidRPr="003109FD">
        <w:rPr>
          <w:rFonts w:cstheme="minorHAnsi"/>
          <w:b/>
          <w:bCs/>
          <w:sz w:val="24"/>
          <w:szCs w:val="24"/>
          <w:lang w:val="pl-PL"/>
        </w:rPr>
        <w:t>Culinary</w:t>
      </w:r>
      <w:proofErr w:type="spellEnd"/>
      <w:r w:rsidRPr="003109FD">
        <w:rPr>
          <w:rFonts w:cstheme="minorHAnsi"/>
          <w:b/>
          <w:bCs/>
          <w:sz w:val="24"/>
          <w:szCs w:val="24"/>
          <w:lang w:val="pl-PL"/>
        </w:rPr>
        <w:t xml:space="preserve"> World </w:t>
      </w:r>
      <w:proofErr w:type="spellStart"/>
      <w:r w:rsidRPr="003109FD">
        <w:rPr>
          <w:rFonts w:cstheme="minorHAnsi"/>
          <w:b/>
          <w:bCs/>
          <w:sz w:val="24"/>
          <w:szCs w:val="24"/>
          <w:lang w:val="pl-PL"/>
        </w:rPr>
        <w:t>Cup</w:t>
      </w:r>
      <w:proofErr w:type="spellEnd"/>
      <w:r w:rsidRPr="003109FD">
        <w:rPr>
          <w:rFonts w:cstheme="minorHAnsi"/>
          <w:b/>
          <w:bCs/>
          <w:sz w:val="24"/>
          <w:szCs w:val="24"/>
          <w:lang w:val="pl-PL"/>
        </w:rPr>
        <w:t xml:space="preserve"> 2026 </w:t>
      </w:r>
      <w:r w:rsidRPr="003109FD">
        <w:rPr>
          <w:rFonts w:cstheme="minorHAnsi"/>
          <w:sz w:val="24"/>
          <w:szCs w:val="24"/>
          <w:lang w:val="pl-PL"/>
        </w:rPr>
        <w:t>oraz nagrody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3109FD">
        <w:rPr>
          <w:rFonts w:cstheme="minorHAnsi"/>
          <w:sz w:val="24"/>
          <w:szCs w:val="24"/>
          <w:lang w:val="pl-PL"/>
        </w:rPr>
        <w:t xml:space="preserve">rzeczowe, </w:t>
      </w:r>
    </w:p>
    <w:p w14:paraId="13DC8D98" w14:textId="77777777" w:rsidR="003109FD" w:rsidRPr="003109FD" w:rsidRDefault="003109FD" w:rsidP="003109FD">
      <w:pPr>
        <w:pStyle w:val="Akapitzlist"/>
        <w:numPr>
          <w:ilvl w:val="0"/>
          <w:numId w:val="26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3109FD">
        <w:rPr>
          <w:rFonts w:cstheme="minorHAnsi"/>
          <w:sz w:val="24"/>
          <w:szCs w:val="24"/>
          <w:lang w:val="pl-PL"/>
        </w:rPr>
        <w:t>2 miejsce: Pami</w:t>
      </w:r>
      <w:r w:rsidR="005B7FCD">
        <w:rPr>
          <w:rFonts w:cstheme="minorHAnsi"/>
          <w:sz w:val="24"/>
          <w:szCs w:val="24"/>
          <w:lang w:val="pl-PL"/>
        </w:rPr>
        <w:t>ą</w:t>
      </w:r>
      <w:r w:rsidRPr="003109FD">
        <w:rPr>
          <w:rFonts w:cstheme="minorHAnsi"/>
          <w:sz w:val="24"/>
          <w:szCs w:val="24"/>
          <w:lang w:val="pl-PL"/>
        </w:rPr>
        <w:t xml:space="preserve">tkowy puchar za zdobycie </w:t>
      </w:r>
      <w:r>
        <w:rPr>
          <w:rFonts w:cstheme="minorHAnsi"/>
          <w:sz w:val="24"/>
          <w:szCs w:val="24"/>
          <w:lang w:val="pl-PL"/>
        </w:rPr>
        <w:t>2</w:t>
      </w:r>
      <w:r w:rsidRPr="003109FD">
        <w:rPr>
          <w:rFonts w:cstheme="minorHAnsi"/>
          <w:sz w:val="24"/>
          <w:szCs w:val="24"/>
          <w:lang w:val="pl-PL"/>
        </w:rPr>
        <w:t>-go miejsca</w:t>
      </w:r>
      <w:r>
        <w:rPr>
          <w:rFonts w:cstheme="minorHAnsi"/>
          <w:sz w:val="24"/>
          <w:szCs w:val="24"/>
          <w:lang w:val="pl-PL"/>
        </w:rPr>
        <w:t>, medale oraz</w:t>
      </w:r>
      <w:r w:rsidRPr="003109FD">
        <w:rPr>
          <w:rFonts w:cstheme="minorHAnsi"/>
          <w:sz w:val="24"/>
          <w:szCs w:val="24"/>
          <w:lang w:val="pl-PL"/>
        </w:rPr>
        <w:t xml:space="preserve"> nagrody rzeczowe </w:t>
      </w:r>
    </w:p>
    <w:p w14:paraId="0F30AB15" w14:textId="77777777" w:rsidR="001139E8" w:rsidRDefault="003109FD" w:rsidP="001139E8">
      <w:pPr>
        <w:pStyle w:val="Akapitzlist"/>
        <w:numPr>
          <w:ilvl w:val="0"/>
          <w:numId w:val="26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3109FD">
        <w:rPr>
          <w:rFonts w:cstheme="minorHAnsi"/>
          <w:sz w:val="24"/>
          <w:szCs w:val="24"/>
          <w:lang w:val="pl-PL"/>
        </w:rPr>
        <w:t>3 miejsce</w:t>
      </w:r>
      <w:r>
        <w:rPr>
          <w:rFonts w:cstheme="minorHAnsi"/>
          <w:sz w:val="24"/>
          <w:szCs w:val="24"/>
          <w:lang w:val="pl-PL"/>
        </w:rPr>
        <w:t xml:space="preserve">: </w:t>
      </w:r>
      <w:r w:rsidRPr="003109FD">
        <w:rPr>
          <w:rFonts w:cstheme="minorHAnsi"/>
          <w:sz w:val="24"/>
          <w:szCs w:val="24"/>
          <w:lang w:val="pl-PL"/>
        </w:rPr>
        <w:t>Pami</w:t>
      </w:r>
      <w:r w:rsidR="005B7FCD">
        <w:rPr>
          <w:rFonts w:cstheme="minorHAnsi"/>
          <w:sz w:val="24"/>
          <w:szCs w:val="24"/>
          <w:lang w:val="pl-PL"/>
        </w:rPr>
        <w:t>ą</w:t>
      </w:r>
      <w:r w:rsidRPr="003109FD">
        <w:rPr>
          <w:rFonts w:cstheme="minorHAnsi"/>
          <w:sz w:val="24"/>
          <w:szCs w:val="24"/>
          <w:lang w:val="pl-PL"/>
        </w:rPr>
        <w:t xml:space="preserve">tkowy puchar za zdobycie </w:t>
      </w:r>
      <w:r>
        <w:rPr>
          <w:rFonts w:cstheme="minorHAnsi"/>
          <w:sz w:val="24"/>
          <w:szCs w:val="24"/>
          <w:lang w:val="pl-PL"/>
        </w:rPr>
        <w:t>3</w:t>
      </w:r>
      <w:r w:rsidRPr="003109FD">
        <w:rPr>
          <w:rFonts w:cstheme="minorHAnsi"/>
          <w:sz w:val="24"/>
          <w:szCs w:val="24"/>
          <w:lang w:val="pl-PL"/>
        </w:rPr>
        <w:t>-go miejsca</w:t>
      </w:r>
      <w:r>
        <w:rPr>
          <w:rFonts w:cstheme="minorHAnsi"/>
          <w:sz w:val="24"/>
          <w:szCs w:val="24"/>
          <w:lang w:val="pl-PL"/>
        </w:rPr>
        <w:t>, medale</w:t>
      </w:r>
      <w:r w:rsidRPr="003109FD">
        <w:rPr>
          <w:rFonts w:cstheme="minorHAnsi"/>
          <w:sz w:val="24"/>
          <w:szCs w:val="24"/>
          <w:lang w:val="pl-PL"/>
        </w:rPr>
        <w:t xml:space="preserve"> oraz nagrody rzeczowe</w:t>
      </w:r>
    </w:p>
    <w:p w14:paraId="591FF435" w14:textId="77777777" w:rsidR="001139E8" w:rsidRPr="001139E8" w:rsidRDefault="001139E8" w:rsidP="001139E8">
      <w:pPr>
        <w:shd w:val="clear" w:color="auto" w:fill="FFFFFF"/>
        <w:spacing w:after="0"/>
        <w:rPr>
          <w:rFonts w:cstheme="minorHAnsi"/>
          <w:sz w:val="24"/>
          <w:szCs w:val="24"/>
          <w:u w:val="single"/>
          <w:lang w:val="pl-PL"/>
        </w:rPr>
      </w:pPr>
      <w:r w:rsidRPr="001139E8">
        <w:rPr>
          <w:rFonts w:cstheme="minorHAnsi"/>
          <w:sz w:val="24"/>
          <w:szCs w:val="24"/>
          <w:u w:val="single"/>
          <w:lang w:val="pl-PL"/>
        </w:rPr>
        <w:t>*Ceremonia wręczenia nagród planowana jest na godzinę 16:00 w dniu konkursu.</w:t>
      </w:r>
    </w:p>
    <w:p w14:paraId="39E87C35" w14:textId="77777777" w:rsidR="00FB4546" w:rsidRDefault="00FB4546" w:rsidP="003109FD">
      <w:pPr>
        <w:pStyle w:val="Akapitzlist"/>
        <w:shd w:val="clear" w:color="auto" w:fill="FFFFFF"/>
        <w:spacing w:after="0"/>
        <w:ind w:left="1200"/>
        <w:jc w:val="both"/>
        <w:rPr>
          <w:rFonts w:cstheme="minorHAnsi"/>
          <w:sz w:val="24"/>
          <w:szCs w:val="24"/>
          <w:lang w:val="pl-PL"/>
        </w:rPr>
      </w:pPr>
    </w:p>
    <w:p w14:paraId="26F1C6C3" w14:textId="77777777" w:rsidR="003109FD" w:rsidRDefault="003109FD" w:rsidP="003109FD">
      <w:pPr>
        <w:pStyle w:val="Akapitzlist"/>
        <w:shd w:val="clear" w:color="auto" w:fill="FFFFFF"/>
        <w:spacing w:after="0"/>
        <w:ind w:left="120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3109FD">
        <w:rPr>
          <w:rFonts w:cstheme="minorHAnsi"/>
          <w:b/>
          <w:bCs/>
          <w:sz w:val="24"/>
          <w:szCs w:val="24"/>
          <w:lang w:val="pl-PL"/>
        </w:rPr>
        <w:t>Nagrody rzeczowe dla laureatów pierwszych trzech miejsc zostaną ogłoszone do dnia 31 stycznia 2026 roku.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2462E196" w14:textId="77777777" w:rsidR="001139E8" w:rsidRDefault="001139E8" w:rsidP="001139E8">
      <w:pPr>
        <w:pStyle w:val="Akapitzlist"/>
        <w:shd w:val="clear" w:color="auto" w:fill="FFFFFF"/>
        <w:spacing w:after="0"/>
        <w:ind w:left="1920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074FA8F" w14:textId="77777777" w:rsidR="001139E8" w:rsidRDefault="001139E8" w:rsidP="003109FD">
      <w:pPr>
        <w:pStyle w:val="Akapitzlist"/>
        <w:shd w:val="clear" w:color="auto" w:fill="FFFFFF"/>
        <w:spacing w:after="0"/>
        <w:ind w:left="1200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22BCE2DE" w14:textId="77777777" w:rsidR="001139E8" w:rsidRDefault="001139E8" w:rsidP="003109FD">
      <w:pPr>
        <w:pStyle w:val="Akapitzlist"/>
        <w:shd w:val="clear" w:color="auto" w:fill="FFFFFF"/>
        <w:spacing w:after="0"/>
        <w:ind w:left="1200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43582ADA" w14:textId="77777777" w:rsidR="006830FF" w:rsidRDefault="006830FF" w:rsidP="003109FD">
      <w:pPr>
        <w:pStyle w:val="Akapitzlist"/>
        <w:shd w:val="clear" w:color="auto" w:fill="FFFFFF"/>
        <w:spacing w:after="0"/>
        <w:ind w:left="1200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2870C81F" w14:textId="77777777" w:rsidR="006830FF" w:rsidRPr="00663858" w:rsidRDefault="006830FF" w:rsidP="00FB4546">
      <w:pPr>
        <w:shd w:val="clear" w:color="auto" w:fill="FFFFFF"/>
        <w:spacing w:after="0"/>
        <w:jc w:val="both"/>
        <w:rPr>
          <w:rFonts w:cstheme="minorHAnsi"/>
          <w:b/>
          <w:bCs/>
          <w:lang w:val="pl-PL"/>
        </w:rPr>
      </w:pPr>
    </w:p>
    <w:p w14:paraId="09BA2408" w14:textId="77777777" w:rsidR="006830FF" w:rsidRDefault="006830FF" w:rsidP="006830FF">
      <w:pPr>
        <w:shd w:val="clear" w:color="auto" w:fill="FFFFFF"/>
        <w:spacing w:after="0"/>
        <w:jc w:val="center"/>
        <w:rPr>
          <w:rFonts w:cstheme="minorHAnsi"/>
          <w:b/>
          <w:lang w:val="pl-PL"/>
        </w:rPr>
      </w:pPr>
      <w:r w:rsidRPr="00663858">
        <w:rPr>
          <w:rFonts w:cstheme="minorHAnsi"/>
          <w:b/>
          <w:lang w:val="pl-PL"/>
        </w:rPr>
        <w:t xml:space="preserve">§ 6 WARUNKI ORGANIZACYJNE </w:t>
      </w:r>
      <w:r w:rsidR="00900459">
        <w:rPr>
          <w:rFonts w:cstheme="minorHAnsi"/>
          <w:b/>
          <w:lang w:val="pl-PL"/>
        </w:rPr>
        <w:t xml:space="preserve">- </w:t>
      </w:r>
      <w:r w:rsidRPr="00663858">
        <w:rPr>
          <w:rFonts w:cstheme="minorHAnsi"/>
          <w:b/>
          <w:lang w:val="pl-PL"/>
        </w:rPr>
        <w:t xml:space="preserve">Postanowienia Końcowe </w:t>
      </w:r>
    </w:p>
    <w:p w14:paraId="4505076B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CFA7CC5" w14:textId="77777777" w:rsidR="006830FF" w:rsidRPr="006830FF" w:rsidRDefault="006830FF" w:rsidP="006830FF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Decyzja Jury konkursu jest ostateczna i niepodważalna.</w:t>
      </w:r>
    </w:p>
    <w:p w14:paraId="609176CB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478732DF" w14:textId="77777777" w:rsidR="006830FF" w:rsidRPr="006830FF" w:rsidRDefault="006830FF" w:rsidP="006830FF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Każdy uczestnik konkursu jest zobowiązany do startu w odpowiednim stroju kucharskim (czarne spodnie, obuwie przystosowane do pracy na kuchni) któr</w:t>
      </w:r>
      <w:r w:rsidR="005B7FCD">
        <w:rPr>
          <w:rFonts w:cstheme="minorHAnsi"/>
          <w:sz w:val="24"/>
          <w:szCs w:val="24"/>
          <w:lang w:val="pl-PL"/>
        </w:rPr>
        <w:t xml:space="preserve">e </w:t>
      </w:r>
      <w:r w:rsidRPr="006830FF">
        <w:rPr>
          <w:rFonts w:cstheme="minorHAnsi"/>
          <w:sz w:val="24"/>
          <w:szCs w:val="24"/>
          <w:lang w:val="pl-PL"/>
        </w:rPr>
        <w:t>w części zabezpiecza organizator (kitel, zapaska, czapka kucharska)</w:t>
      </w:r>
    </w:p>
    <w:p w14:paraId="28B768C9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1F3B9D58" w14:textId="77777777" w:rsidR="006830FF" w:rsidRPr="006830FF" w:rsidRDefault="006830FF" w:rsidP="006830FF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Organizator w dniach trwania konkursu zapewni wyżywienie w postaci śniadania w dniu konkursu oraz obiadokolacji w dniu odprawy (dzień poprzedzający dzień konkursu)</w:t>
      </w:r>
    </w:p>
    <w:p w14:paraId="4D1006E5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AE5556E" w14:textId="77777777" w:rsidR="006830FF" w:rsidRPr="006830FF" w:rsidRDefault="006830FF" w:rsidP="006830FF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Organizator wszystkim uczestnikom konkursu zapewni nocleg</w:t>
      </w:r>
      <w:r w:rsidR="00900459">
        <w:rPr>
          <w:rFonts w:cstheme="minorHAnsi"/>
          <w:sz w:val="24"/>
          <w:szCs w:val="24"/>
          <w:lang w:val="pl-PL"/>
        </w:rPr>
        <w:t xml:space="preserve"> – jeden pokój dwuosobowy na każdą dru</w:t>
      </w:r>
      <w:r w:rsidR="0013361B">
        <w:rPr>
          <w:rFonts w:cstheme="minorHAnsi"/>
          <w:sz w:val="24"/>
          <w:szCs w:val="24"/>
          <w:lang w:val="pl-PL"/>
        </w:rPr>
        <w:t>ż</w:t>
      </w:r>
      <w:r w:rsidR="00900459">
        <w:rPr>
          <w:rFonts w:cstheme="minorHAnsi"/>
          <w:sz w:val="24"/>
          <w:szCs w:val="24"/>
          <w:lang w:val="pl-PL"/>
        </w:rPr>
        <w:t>ynę</w:t>
      </w:r>
      <w:r w:rsidRPr="006830FF">
        <w:rPr>
          <w:rFonts w:cstheme="minorHAnsi"/>
          <w:sz w:val="24"/>
          <w:szCs w:val="24"/>
          <w:lang w:val="pl-PL"/>
        </w:rPr>
        <w:t xml:space="preserve"> (</w:t>
      </w:r>
      <w:r>
        <w:rPr>
          <w:rFonts w:cstheme="minorHAnsi"/>
          <w:sz w:val="24"/>
          <w:szCs w:val="24"/>
          <w:lang w:val="pl-PL"/>
        </w:rPr>
        <w:t>10</w:t>
      </w:r>
      <w:r w:rsidRPr="006830FF">
        <w:rPr>
          <w:rFonts w:cstheme="minorHAnsi"/>
          <w:sz w:val="24"/>
          <w:szCs w:val="24"/>
          <w:lang w:val="pl-PL"/>
        </w:rPr>
        <w:t>-</w:t>
      </w:r>
      <w:r>
        <w:rPr>
          <w:rFonts w:cstheme="minorHAnsi"/>
          <w:sz w:val="24"/>
          <w:szCs w:val="24"/>
          <w:lang w:val="pl-PL"/>
        </w:rPr>
        <w:t>11</w:t>
      </w:r>
      <w:r w:rsidRPr="006830FF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marca</w:t>
      </w:r>
      <w:r w:rsidRPr="006830FF">
        <w:rPr>
          <w:rFonts w:cstheme="minorHAnsi"/>
          <w:sz w:val="24"/>
          <w:szCs w:val="24"/>
          <w:lang w:val="pl-PL"/>
        </w:rPr>
        <w:t xml:space="preserve"> 2026)</w:t>
      </w:r>
      <w:r w:rsidR="0013361B">
        <w:rPr>
          <w:rFonts w:cstheme="minorHAnsi"/>
          <w:sz w:val="24"/>
          <w:szCs w:val="24"/>
          <w:lang w:val="pl-PL"/>
        </w:rPr>
        <w:t xml:space="preserve"> * </w:t>
      </w:r>
      <w:r w:rsidR="0013361B" w:rsidRPr="00F33700">
        <w:rPr>
          <w:rFonts w:cstheme="minorHAnsi"/>
          <w:sz w:val="24"/>
          <w:szCs w:val="24"/>
          <w:lang w:val="pl-PL"/>
        </w:rPr>
        <w:t xml:space="preserve">Hotel przysługuje </w:t>
      </w:r>
      <w:r w:rsidR="0013361B">
        <w:rPr>
          <w:rFonts w:cstheme="minorHAnsi"/>
          <w:sz w:val="24"/>
          <w:szCs w:val="24"/>
          <w:lang w:val="pl-PL"/>
        </w:rPr>
        <w:t>ekipom z poza Warszawy i miejscowości oddalonych minimum w promieniu 50km od Warszawy</w:t>
      </w:r>
    </w:p>
    <w:p w14:paraId="4B0B5FC9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E66818E" w14:textId="77777777" w:rsidR="006830FF" w:rsidRPr="006830FF" w:rsidRDefault="006830FF" w:rsidP="006830FF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 xml:space="preserve">Wyniki konkursu zostaną zamieszczone w mediach społecznościowych i do informacji publicznej </w:t>
      </w:r>
    </w:p>
    <w:p w14:paraId="0D84EEC5" w14:textId="77777777" w:rsidR="006830FF" w:rsidRPr="006830FF" w:rsidRDefault="006830FF" w:rsidP="006830FF">
      <w:p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3FC8A84D" w14:textId="77777777" w:rsidR="00FB4546" w:rsidRPr="00663858" w:rsidRDefault="006830FF" w:rsidP="00663858">
      <w:pPr>
        <w:pStyle w:val="Akapitzlist"/>
        <w:numPr>
          <w:ilvl w:val="0"/>
          <w:numId w:val="27"/>
        </w:numP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Organizator konkursu zastrzega sobie prawo do publikacji danych osobowych uczestników, nazw dań, receptur oraz zdjęć jak i filmów poprzez wykorzystanie wizerunków uczestników</w:t>
      </w:r>
    </w:p>
    <w:p w14:paraId="0FED564F" w14:textId="77777777" w:rsidR="006830FF" w:rsidRPr="006830FF" w:rsidRDefault="006830FF" w:rsidP="006830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hanging="510"/>
        <w:rPr>
          <w:rFonts w:cstheme="minorHAnsi"/>
          <w:sz w:val="24"/>
          <w:szCs w:val="24"/>
          <w:lang w:val="pl-PL"/>
        </w:rPr>
      </w:pPr>
    </w:p>
    <w:p w14:paraId="1F14E15A" w14:textId="77777777" w:rsidR="006830FF" w:rsidRPr="006830FF" w:rsidRDefault="006830FF" w:rsidP="006830FF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>Organizator zastrzega sobie prawo do zdyskwalifikowania uczestnika konkursu lub całego zespołu gdy:</w:t>
      </w:r>
    </w:p>
    <w:p w14:paraId="7F160C90" w14:textId="77777777" w:rsidR="006830FF" w:rsidRPr="006830FF" w:rsidRDefault="006830FF" w:rsidP="006830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hanging="51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       </w:t>
      </w:r>
      <w:r w:rsidRPr="006830FF">
        <w:rPr>
          <w:rFonts w:cstheme="minorHAnsi"/>
          <w:sz w:val="24"/>
          <w:szCs w:val="24"/>
          <w:lang w:val="pl-PL"/>
        </w:rPr>
        <w:t xml:space="preserve">- uczestnik  jest pod wpływem alkoholu lub środków odurzających </w:t>
      </w:r>
    </w:p>
    <w:p w14:paraId="0BECEC79" w14:textId="77777777" w:rsidR="006830FF" w:rsidRPr="006830FF" w:rsidRDefault="006830FF" w:rsidP="006830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567" w:hanging="51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       </w:t>
      </w:r>
      <w:r w:rsidRPr="006830FF">
        <w:rPr>
          <w:rFonts w:cstheme="minorHAnsi"/>
          <w:sz w:val="24"/>
          <w:szCs w:val="24"/>
          <w:lang w:val="pl-PL"/>
        </w:rPr>
        <w:t xml:space="preserve">- którykolwiek z uczestników konkursu naruszy regulamin </w:t>
      </w:r>
    </w:p>
    <w:p w14:paraId="1B3890B0" w14:textId="77777777" w:rsidR="006830FF" w:rsidRPr="006830FF" w:rsidRDefault="006830FF" w:rsidP="006638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6413624A" w14:textId="77777777" w:rsidR="006830FF" w:rsidRPr="006830FF" w:rsidRDefault="006830FF" w:rsidP="006830FF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 xml:space="preserve">Organizator zastrzega sobie prawo do zmiany terminu i lokalizacji konkursu bez podania przyczyny </w:t>
      </w:r>
    </w:p>
    <w:p w14:paraId="56AE8D1E" w14:textId="77777777" w:rsidR="00900459" w:rsidRPr="006830FF" w:rsidRDefault="00900459" w:rsidP="009004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0168A8BF" w14:textId="77777777" w:rsidR="00900459" w:rsidRPr="0013361B" w:rsidRDefault="006830FF" w:rsidP="00900459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lastRenderedPageBreak/>
        <w:t xml:space="preserve">Organizator zastrzega sobie prawo do zmiany regulaminu po wcześniejszym poinformowaniu uczestników i członków jury </w:t>
      </w:r>
      <w:r w:rsidR="00127E04" w:rsidRPr="00127E04">
        <w:rPr>
          <w:color w:val="000000"/>
          <w:sz w:val="24"/>
          <w:szCs w:val="24"/>
          <w:lang w:val="pl-PL"/>
        </w:rPr>
        <w:t xml:space="preserve">(informacja publikowana na stronie internetowej </w:t>
      </w:r>
      <w:proofErr w:type="spellStart"/>
      <w:r w:rsidR="00127E04" w:rsidRPr="00127E04">
        <w:rPr>
          <w:color w:val="000000"/>
          <w:sz w:val="24"/>
          <w:szCs w:val="24"/>
          <w:lang w:val="pl-PL"/>
        </w:rPr>
        <w:t>OSSKiC</w:t>
      </w:r>
      <w:proofErr w:type="spellEnd"/>
      <w:r w:rsidR="00127E04" w:rsidRPr="00127E04">
        <w:rPr>
          <w:color w:val="000000"/>
          <w:sz w:val="24"/>
          <w:szCs w:val="24"/>
          <w:lang w:val="pl-PL"/>
        </w:rPr>
        <w:t>)</w:t>
      </w:r>
    </w:p>
    <w:p w14:paraId="271E49A1" w14:textId="77777777" w:rsidR="0013361B" w:rsidRPr="0013361B" w:rsidRDefault="0013361B" w:rsidP="0013361B">
      <w:pPr>
        <w:pStyle w:val="Akapitzlist"/>
        <w:rPr>
          <w:rFonts w:cstheme="minorHAnsi"/>
          <w:sz w:val="24"/>
          <w:szCs w:val="24"/>
          <w:lang w:val="pl-PL"/>
        </w:rPr>
      </w:pPr>
    </w:p>
    <w:p w14:paraId="4FFB7FB4" w14:textId="77777777" w:rsidR="0013361B" w:rsidRPr="0013361B" w:rsidRDefault="0013361B" w:rsidP="001336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</w:p>
    <w:p w14:paraId="7E5EF60A" w14:textId="77777777" w:rsidR="006830FF" w:rsidRPr="006830FF" w:rsidRDefault="006830FF" w:rsidP="006830FF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cstheme="minorHAnsi"/>
          <w:sz w:val="24"/>
          <w:szCs w:val="24"/>
          <w:lang w:val="pl-PL"/>
        </w:rPr>
      </w:pPr>
      <w:r w:rsidRPr="006830FF">
        <w:rPr>
          <w:rFonts w:cstheme="minorHAnsi"/>
          <w:sz w:val="24"/>
          <w:szCs w:val="24"/>
          <w:lang w:val="pl-PL"/>
        </w:rPr>
        <w:t xml:space="preserve">Organizator zastrzega sobie prawo do odwołania konkursu bez podania przyczyny </w:t>
      </w:r>
    </w:p>
    <w:p w14:paraId="1C11D778" w14:textId="77777777" w:rsidR="003D3961" w:rsidRPr="003109FD" w:rsidRDefault="003D3961" w:rsidP="003109FD">
      <w:pPr>
        <w:pStyle w:val="Akapitzlist"/>
        <w:ind w:left="502"/>
        <w:rPr>
          <w:b/>
          <w:bCs/>
          <w:lang w:val="pl-PL"/>
        </w:rPr>
      </w:pPr>
    </w:p>
    <w:p w14:paraId="7383D78E" w14:textId="77777777" w:rsidR="00127E04" w:rsidRPr="003268A6" w:rsidRDefault="00663858" w:rsidP="008F48D5">
      <w:pPr>
        <w:pStyle w:val="NormalnyWeb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3268A6">
        <w:rPr>
          <w:rFonts w:asciiTheme="minorHAnsi" w:hAnsiTheme="minorHAnsi"/>
          <w:b/>
          <w:bCs/>
          <w:color w:val="000000"/>
          <w:sz w:val="22"/>
          <w:szCs w:val="22"/>
        </w:rPr>
        <w:t>§ 7. OCHRONA DANYCH OSOBOWYCH (RODO)</w:t>
      </w:r>
    </w:p>
    <w:p w14:paraId="23F14EEF" w14:textId="77777777" w:rsidR="00127E04" w:rsidRPr="00127E04" w:rsidRDefault="00663858" w:rsidP="00127E04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Administratorem danych osobowych uczestników konkursu jest Ogólnopolskie Stowarzyszenie Szefów Kuchni i Cukierni z siedzibą w </w:t>
      </w:r>
      <w:r w:rsidR="00900459">
        <w:rPr>
          <w:rFonts w:asciiTheme="minorHAnsi" w:hAnsiTheme="minorHAnsi"/>
          <w:color w:val="000000"/>
        </w:rPr>
        <w:t>Warszawie</w:t>
      </w:r>
      <w:r w:rsidRPr="003268A6">
        <w:rPr>
          <w:rFonts w:asciiTheme="minorHAnsi" w:hAnsiTheme="minorHAnsi"/>
          <w:color w:val="000000"/>
        </w:rPr>
        <w:t>.</w:t>
      </w:r>
    </w:p>
    <w:p w14:paraId="7B6DF379" w14:textId="77777777" w:rsidR="00900459" w:rsidRDefault="00663858" w:rsidP="00127E04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Dane osobowe uczestników będą przetwarzane w celu: </w:t>
      </w:r>
    </w:p>
    <w:p w14:paraId="44226231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a) organizacji i przeprowadzenia konkursu, </w:t>
      </w:r>
    </w:p>
    <w:p w14:paraId="761DC7BE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b) wyłonienia laureatów, </w:t>
      </w:r>
    </w:p>
    <w:p w14:paraId="6F84AAF9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c) publikacji wyników konkursu, </w:t>
      </w:r>
    </w:p>
    <w:p w14:paraId="4FA00279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d) realizacji obowiązków informacyjnych i archiwizacyjnych, </w:t>
      </w:r>
    </w:p>
    <w:p w14:paraId="488BCB13" w14:textId="77777777" w:rsidR="00127E04" w:rsidRPr="00127E04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e) działań promocyjnych i marketingowych związanych z konkursem.</w:t>
      </w:r>
    </w:p>
    <w:p w14:paraId="35FA800E" w14:textId="77777777" w:rsidR="00900459" w:rsidRDefault="00663858" w:rsidP="00127E04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Podstawą prawną przetwarzania danych osobowych jest: </w:t>
      </w:r>
    </w:p>
    <w:p w14:paraId="660F5EFE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a) zgoda uczestnika (art. 6 ust. 1 lit. a RODO), </w:t>
      </w:r>
    </w:p>
    <w:p w14:paraId="76BC222B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b) niezbędność do wykonania umowy lub działań podjętych przed jej zawarciem (art. 6 ust. 1 lit. b RODO), </w:t>
      </w:r>
    </w:p>
    <w:p w14:paraId="2A77BB0B" w14:textId="77777777" w:rsidR="00127E04" w:rsidRPr="00127E04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c) prawnie uzasadniony interes administratora (art. 6 ust. 1 lit. f RODO).</w:t>
      </w:r>
    </w:p>
    <w:p w14:paraId="4E4F4C5E" w14:textId="77777777" w:rsidR="00127E04" w:rsidRPr="00900459" w:rsidRDefault="00663858" w:rsidP="00900459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Dane osobowe mogą być udostępniane podmiotom współpracującym z Organizatorem wyłącznie w zakresie niezbędnym do realizacji konkursu.</w:t>
      </w:r>
    </w:p>
    <w:p w14:paraId="533194E7" w14:textId="77777777" w:rsidR="00127E04" w:rsidRDefault="00663858" w:rsidP="00900459">
      <w:pPr>
        <w:pStyle w:val="NormalnyWeb"/>
        <w:numPr>
          <w:ilvl w:val="0"/>
          <w:numId w:val="31"/>
        </w:numPr>
        <w:spacing w:after="0" w:afterAutospacing="0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Dane osobowe będą przechowywane przez okres niezbędny do realizacji konkursu oraz po jego zakończeniu przez czas wymagany przepisami prawa lub do momentu cofnięcia zgody.</w:t>
      </w:r>
    </w:p>
    <w:p w14:paraId="302A4B32" w14:textId="77777777" w:rsidR="0013361B" w:rsidRDefault="0013361B" w:rsidP="0013361B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61937881" w14:textId="77777777" w:rsidR="0013361B" w:rsidRDefault="0013361B" w:rsidP="0013361B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7182E7AB" w14:textId="77777777" w:rsidR="0013361B" w:rsidRPr="00900459" w:rsidRDefault="0013361B" w:rsidP="0013361B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45FE8029" w14:textId="77777777" w:rsidR="00900459" w:rsidRDefault="00663858" w:rsidP="00900459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Uczestnikowi przysługuje prawo do: </w:t>
      </w:r>
    </w:p>
    <w:p w14:paraId="4F87743E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a) dostępu do swoich danych, </w:t>
      </w:r>
    </w:p>
    <w:p w14:paraId="1A835614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b) ich sprostowania, </w:t>
      </w:r>
    </w:p>
    <w:p w14:paraId="3B89F1CA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c) usunięcia, </w:t>
      </w:r>
    </w:p>
    <w:p w14:paraId="360DB8E3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d) ograniczenia przetwarzania, </w:t>
      </w:r>
    </w:p>
    <w:p w14:paraId="477AA286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e) przenoszenia danych, </w:t>
      </w:r>
    </w:p>
    <w:p w14:paraId="46B9C226" w14:textId="77777777" w:rsidR="009E3FE8" w:rsidRDefault="009E3FE8" w:rsidP="00900459">
      <w:pPr>
        <w:pStyle w:val="NormalnyWeb"/>
        <w:ind w:left="502"/>
        <w:rPr>
          <w:rFonts w:asciiTheme="minorHAnsi" w:hAnsiTheme="minorHAnsi"/>
          <w:color w:val="000000"/>
        </w:rPr>
      </w:pPr>
    </w:p>
    <w:p w14:paraId="5F5A12FB" w14:textId="77777777" w:rsid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 xml:space="preserve">f) wniesienia sprzeciwu wobec przetwarzania, </w:t>
      </w:r>
    </w:p>
    <w:p w14:paraId="1D970598" w14:textId="77777777" w:rsidR="00127E04" w:rsidRPr="00900459" w:rsidRDefault="00663858" w:rsidP="00900459">
      <w:pPr>
        <w:pStyle w:val="NormalnyWeb"/>
        <w:ind w:left="502"/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g) cofnięcia zgody w dowolnym momencie bez wpływu na zgodność z prawem przetwarzania dokonanego przed jej cofnięciem</w:t>
      </w:r>
      <w:r w:rsidR="00900459">
        <w:rPr>
          <w:rFonts w:asciiTheme="minorHAnsi" w:hAnsiTheme="minorHAnsi"/>
          <w:color w:val="000000"/>
        </w:rPr>
        <w:t>.</w:t>
      </w:r>
    </w:p>
    <w:p w14:paraId="45BE6CF6" w14:textId="77777777" w:rsidR="00127E04" w:rsidRPr="00900459" w:rsidRDefault="00663858" w:rsidP="00900459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Uczestnik ma prawo wniesienia skargi do Prezesa Urzędu Ochrony Danych Osobowych.</w:t>
      </w:r>
    </w:p>
    <w:p w14:paraId="356703EB" w14:textId="77777777" w:rsidR="00663858" w:rsidRPr="003268A6" w:rsidRDefault="00663858" w:rsidP="00663858">
      <w:pPr>
        <w:pStyle w:val="NormalnyWeb"/>
        <w:numPr>
          <w:ilvl w:val="0"/>
          <w:numId w:val="31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Podanie danych osobowych jest dobrowolne, jednak niezbędne do udziału w konkursie.</w:t>
      </w:r>
    </w:p>
    <w:p w14:paraId="4C0E0D16" w14:textId="77777777" w:rsidR="00663858" w:rsidRPr="003268A6" w:rsidRDefault="00663858" w:rsidP="003268A6">
      <w:pPr>
        <w:pStyle w:val="NormalnyWeb"/>
        <w:rPr>
          <w:rFonts w:asciiTheme="minorHAnsi" w:hAnsiTheme="minorHAnsi"/>
          <w:b/>
          <w:bCs/>
          <w:color w:val="000000"/>
          <w:sz w:val="22"/>
          <w:szCs w:val="22"/>
        </w:rPr>
      </w:pPr>
    </w:p>
    <w:p w14:paraId="5218E01B" w14:textId="77777777" w:rsidR="00663858" w:rsidRPr="003268A6" w:rsidRDefault="00663858" w:rsidP="00663858">
      <w:pPr>
        <w:pStyle w:val="NormalnyWeb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3268A6">
        <w:rPr>
          <w:rFonts w:asciiTheme="minorHAnsi" w:hAnsiTheme="minorHAnsi"/>
          <w:b/>
          <w:bCs/>
          <w:color w:val="000000"/>
          <w:sz w:val="22"/>
          <w:szCs w:val="22"/>
        </w:rPr>
        <w:t>§ 8. ODPOWIEDZIALNOŚĆ I ZAPISY OCHRONNE</w:t>
      </w:r>
    </w:p>
    <w:p w14:paraId="1F5A40DB" w14:textId="77777777" w:rsidR="003268A6" w:rsidRDefault="00663858" w:rsidP="003268A6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Organizator nie ponosi odpowiedzialności za rzeczy osobiste uczestników wniesione na teren konkursu, w tym za ich zagubienie, zniszczenie lub kradzież.</w:t>
      </w:r>
    </w:p>
    <w:p w14:paraId="6476CB40" w14:textId="77777777" w:rsidR="003268A6" w:rsidRPr="003268A6" w:rsidRDefault="003268A6" w:rsidP="003268A6">
      <w:pPr>
        <w:pStyle w:val="NormalnyWeb"/>
        <w:spacing w:after="0" w:afterAutospacing="0"/>
        <w:ind w:left="720"/>
        <w:rPr>
          <w:rFonts w:asciiTheme="minorHAnsi" w:hAnsiTheme="minorHAnsi"/>
          <w:color w:val="000000"/>
        </w:rPr>
      </w:pPr>
    </w:p>
    <w:p w14:paraId="3C605135" w14:textId="77777777" w:rsidR="003268A6" w:rsidRPr="0013361B" w:rsidRDefault="00663858" w:rsidP="0013361B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Uczestnicy biorą udział w konkursie na własną odpowiedzialność i zobowiązani są do przestrzegania zasad bezpieczeństwa, przepisów BHP oraz zaleceń Organizatora.</w:t>
      </w:r>
    </w:p>
    <w:p w14:paraId="56183ADD" w14:textId="77777777" w:rsidR="00663858" w:rsidRDefault="00663858" w:rsidP="00663858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Organizator nie ponosi odpowiedzialności za szkody powstałe na skutek zdarzeń losowych, w tym siły wyższej, niezależnych od Organizatora.</w:t>
      </w:r>
    </w:p>
    <w:p w14:paraId="7A971D9A" w14:textId="77777777" w:rsidR="003268A6" w:rsidRPr="003268A6" w:rsidRDefault="003268A6" w:rsidP="003268A6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12579DAD" w14:textId="77777777" w:rsidR="00663858" w:rsidRDefault="00663858" w:rsidP="00663858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Organizator nie odpowiada za przerwy w przebiegu konkursu spowodowane przyczynami technicznymi lub organizacyjnymi, na które nie miał wpływu.</w:t>
      </w:r>
    </w:p>
    <w:p w14:paraId="4648ABB9" w14:textId="77777777" w:rsidR="003268A6" w:rsidRDefault="003268A6" w:rsidP="003268A6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6CF0A2AF" w14:textId="77777777" w:rsidR="009E3FE8" w:rsidRPr="003268A6" w:rsidRDefault="009E3FE8" w:rsidP="003268A6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669E028A" w14:textId="77777777" w:rsidR="00663858" w:rsidRDefault="00663858" w:rsidP="00663858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Organizator zastrzega sobie prawo do wprowadzenia zmian organizacyjnych w przebiegu konkursu, jeżeli nie wpłyną one na prawa nabyte uczestników.</w:t>
      </w:r>
    </w:p>
    <w:p w14:paraId="56D468C9" w14:textId="77777777" w:rsidR="003268A6" w:rsidRPr="003268A6" w:rsidRDefault="003268A6" w:rsidP="003268A6">
      <w:pPr>
        <w:pStyle w:val="NormalnyWeb"/>
        <w:spacing w:after="0" w:afterAutospacing="0"/>
        <w:rPr>
          <w:rFonts w:asciiTheme="minorHAnsi" w:hAnsiTheme="minorHAnsi"/>
          <w:color w:val="000000"/>
        </w:rPr>
      </w:pPr>
    </w:p>
    <w:p w14:paraId="2DC4BC24" w14:textId="77777777" w:rsidR="00663858" w:rsidRPr="003268A6" w:rsidRDefault="00663858" w:rsidP="00663858">
      <w:pPr>
        <w:pStyle w:val="NormalnyWeb"/>
        <w:numPr>
          <w:ilvl w:val="0"/>
          <w:numId w:val="32"/>
        </w:numPr>
        <w:rPr>
          <w:rFonts w:asciiTheme="minorHAnsi" w:hAnsiTheme="minorHAnsi"/>
          <w:color w:val="000000"/>
        </w:rPr>
      </w:pPr>
      <w:r w:rsidRPr="003268A6">
        <w:rPr>
          <w:rFonts w:asciiTheme="minorHAnsi" w:hAnsiTheme="minorHAnsi"/>
          <w:color w:val="000000"/>
        </w:rPr>
        <w:t>Wszelkie spory wynikające z organizacji konkursu będą rozstrzygane przez Organizatora, a w przypadku braku porozumienia – przez sąd właściwy miejscowo dla siedziby Organizatora.</w:t>
      </w:r>
    </w:p>
    <w:p w14:paraId="6F7271BD" w14:textId="77777777" w:rsidR="007D3EA8" w:rsidRPr="00E77508" w:rsidRDefault="007D3EA8">
      <w:pPr>
        <w:rPr>
          <w:lang w:val="pl-PL"/>
        </w:rPr>
      </w:pPr>
    </w:p>
    <w:sectPr w:rsidR="007D3EA8" w:rsidRPr="00E77508" w:rsidSect="00FB4546">
      <w:headerReference w:type="default" r:id="rId14"/>
      <w:footerReference w:type="even" r:id="rId15"/>
      <w:footerReference w:type="default" r:id="rId16"/>
      <w:footerReference w:type="first" r:id="rId17"/>
      <w:pgSz w:w="12240" w:h="15840"/>
      <w:pgMar w:top="1440" w:right="1800" w:bottom="1440" w:left="1800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96EF2" w14:textId="77777777" w:rsidR="005157B1" w:rsidRDefault="005157B1" w:rsidP="00E468B7">
      <w:pPr>
        <w:spacing w:after="0" w:line="240" w:lineRule="auto"/>
      </w:pPr>
      <w:r>
        <w:separator/>
      </w:r>
    </w:p>
  </w:endnote>
  <w:endnote w:type="continuationSeparator" w:id="0">
    <w:p w14:paraId="22B4CC46" w14:textId="77777777" w:rsidR="005157B1" w:rsidRDefault="005157B1" w:rsidP="00E4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40264227"/>
      <w:docPartObj>
        <w:docPartGallery w:val="Page Numbers (Bottom of Page)"/>
        <w:docPartUnique/>
      </w:docPartObj>
    </w:sdtPr>
    <w:sdtContent>
      <w:p w14:paraId="60BE4E02" w14:textId="77777777" w:rsidR="00FB4546" w:rsidRDefault="00FB4546" w:rsidP="006904F9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FC38375" w14:textId="77777777" w:rsidR="00E468B7" w:rsidRDefault="00E468B7" w:rsidP="00FB454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767956664"/>
      <w:docPartObj>
        <w:docPartGallery w:val="Page Numbers (Bottom of Page)"/>
        <w:docPartUnique/>
      </w:docPartObj>
    </w:sdtPr>
    <w:sdtContent>
      <w:p w14:paraId="5FC575D0" w14:textId="77777777" w:rsidR="00FB4546" w:rsidRDefault="00FB4546" w:rsidP="006904F9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354584D4" w14:textId="77777777" w:rsidR="00E468B7" w:rsidRDefault="00E468B7" w:rsidP="00FB4546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496193315"/>
      <w:docPartObj>
        <w:docPartGallery w:val="Page Numbers (Bottom of Page)"/>
        <w:docPartUnique/>
      </w:docPartObj>
    </w:sdtPr>
    <w:sdtContent>
      <w:p w14:paraId="3BB76F0B" w14:textId="77777777" w:rsidR="00FB4546" w:rsidRDefault="00FB4546" w:rsidP="006904F9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072BBF5C" w14:textId="77777777" w:rsidR="00E468B7" w:rsidRDefault="00E468B7" w:rsidP="00FB454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722B1" w14:textId="77777777" w:rsidR="005157B1" w:rsidRDefault="005157B1" w:rsidP="00E468B7">
      <w:pPr>
        <w:spacing w:after="0" w:line="240" w:lineRule="auto"/>
      </w:pPr>
      <w:r>
        <w:separator/>
      </w:r>
    </w:p>
  </w:footnote>
  <w:footnote w:type="continuationSeparator" w:id="0">
    <w:p w14:paraId="2F5293EE" w14:textId="77777777" w:rsidR="005157B1" w:rsidRDefault="005157B1" w:rsidP="00E46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91E26" w14:textId="77777777" w:rsidR="00E468B7" w:rsidRPr="00E468B7" w:rsidRDefault="00E468B7" w:rsidP="00E468B7">
    <w:pPr>
      <w:pStyle w:val="Nagwek"/>
      <w:jc w:val="both"/>
      <w:rPr>
        <w:lang w:val="pl-PL"/>
        <w14:shadow w14:blurRad="50800" w14:dist="50800" w14:dir="5400000" w14:sx="0" w14:sy="0" w14:kx="0" w14:ky="0" w14:algn="ctr">
          <w14:srgbClr w14:val="000000">
            <w14:alpha w14:val="52002"/>
          </w14:srgbClr>
        </w14:shadow>
      </w:rPr>
    </w:pPr>
    <w:r w:rsidRPr="00E468B7">
      <w:rPr>
        <w:noProof/>
        <w:lang w:val="pl-PL"/>
      </w:rPr>
      <w:drawing>
        <wp:inline distT="0" distB="0" distL="0" distR="0" wp14:anchorId="2BA01510" wp14:editId="3754CD79">
          <wp:extent cx="571500" cy="571500"/>
          <wp:effectExtent l="0" t="0" r="0" b="0"/>
          <wp:docPr id="1821632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40288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  <a:effectLst>
                    <a:glow>
                      <a:schemeClr val="accent1">
                        <a:alpha val="40000"/>
                      </a:schemeClr>
                    </a:glow>
                    <a:outerShdw dir="9180000" sx="1000" sy="1000" algn="ctr" rotWithShape="0">
                      <a:srgbClr val="000000">
                        <a:alpha val="43137"/>
                      </a:srgbClr>
                    </a:outerShdw>
                    <a:softEdge rad="0"/>
                  </a:effectLst>
                </pic:spPr>
              </pic:pic>
            </a:graphicData>
          </a:graphic>
        </wp:inline>
      </w:drawing>
    </w:r>
    <w:r w:rsidR="001F6756" w:rsidRPr="00D5790B">
      <w:rPr>
        <w:rFonts w:cstheme="minorHAnsi"/>
        <w:b/>
        <w:noProof/>
      </w:rPr>
      <w:drawing>
        <wp:inline distT="0" distB="0" distL="0" distR="0" wp14:anchorId="4B5B5972" wp14:editId="0A8356FD">
          <wp:extent cx="660367" cy="436228"/>
          <wp:effectExtent l="0" t="0" r="635" b="0"/>
          <wp:docPr id="170474818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83798" name=""/>
                  <pic:cNvPicPr/>
                </pic:nvPicPr>
                <pic:blipFill rotWithShape="1">
                  <a:blip r:embed="rId2"/>
                  <a:srcRect l="39443" t="47277" r="21821" b="859"/>
                  <a:stretch/>
                </pic:blipFill>
                <pic:spPr bwMode="auto">
                  <a:xfrm>
                    <a:off x="0" y="0"/>
                    <a:ext cx="775856" cy="5125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14:shadow w14:blurRad="50800" w14:dist="50800" w14:dir="5400000" w14:sx="0" w14:sy="0" w14:kx="0" w14:ky="0" w14:algn="ctr">
          <w14:srgbClr w14:val="000000">
            <w14:alpha w14:val="52002"/>
          </w14:srgbClr>
        </w14:shadow>
      </w:rPr>
      <w:t xml:space="preserve">              </w:t>
    </w:r>
    <w:r w:rsidR="00FB4546">
      <w:rPr>
        <w14:shadow w14:blurRad="50800" w14:dist="50800" w14:dir="5400000" w14:sx="0" w14:sy="0" w14:kx="0" w14:ky="0" w14:algn="ctr">
          <w14:srgbClr w14:val="000000">
            <w14:alpha w14:val="52002"/>
          </w14:srgbClr>
        </w14:shadow>
      </w:rPr>
      <w:t xml:space="preserve">            </w:t>
    </w:r>
    <w:r>
      <w:rPr>
        <w14:shadow w14:blurRad="50800" w14:dist="50800" w14:dir="5400000" w14:sx="0" w14:sy="0" w14:kx="0" w14:ky="0" w14:algn="ctr">
          <w14:srgbClr w14:val="000000">
            <w14:alpha w14:val="52002"/>
          </w14:srgbClr>
        </w14:shadow>
      </w:rPr>
      <w:t xml:space="preserve"> </w:t>
    </w:r>
    <w:r w:rsidRPr="00E468B7">
      <w:rPr>
        <w:noProof/>
        <w:lang w:val="pl-PL"/>
      </w:rPr>
      <w:drawing>
        <wp:inline distT="0" distB="0" distL="0" distR="0" wp14:anchorId="6BACE2F4" wp14:editId="628B8993">
          <wp:extent cx="1104900" cy="1104900"/>
          <wp:effectExtent l="0" t="0" r="0" b="0"/>
          <wp:docPr id="14796260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0695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14:shadow w14:blurRad="50800" w14:dist="50800" w14:dir="5400000" w14:sx="0" w14:sy="0" w14:kx="0" w14:ky="0" w14:algn="ctr">
          <w14:srgbClr w14:val="000000">
            <w14:alpha w14:val="52002"/>
          </w14:srgbClr>
        </w14:shadow>
      </w:rP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6609C5"/>
    <w:multiLevelType w:val="multilevel"/>
    <w:tmpl w:val="8312CF8E"/>
    <w:lvl w:ilvl="0">
      <w:start w:val="1"/>
      <w:numFmt w:val="decimal"/>
      <w:lvlText w:val="8.%1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3A62AB2"/>
    <w:multiLevelType w:val="multilevel"/>
    <w:tmpl w:val="3DF43AE0"/>
    <w:lvl w:ilvl="0">
      <w:start w:val="1"/>
      <w:numFmt w:val="decimal"/>
      <w:lvlText w:val="%1.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9786C3C"/>
    <w:multiLevelType w:val="multilevel"/>
    <w:tmpl w:val="10E8189E"/>
    <w:lvl w:ilvl="0">
      <w:start w:val="1"/>
      <w:numFmt w:val="decimal"/>
      <w:lvlText w:val="7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2E3198"/>
    <w:multiLevelType w:val="hybridMultilevel"/>
    <w:tmpl w:val="C602B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B51BC"/>
    <w:multiLevelType w:val="hybridMultilevel"/>
    <w:tmpl w:val="D4E6FFAE"/>
    <w:lvl w:ilvl="0" w:tplc="0415000F">
      <w:start w:val="1"/>
      <w:numFmt w:val="decimal"/>
      <w:lvlText w:val="%1."/>
      <w:lvlJc w:val="left"/>
      <w:pPr>
        <w:ind w:left="684" w:hanging="360"/>
      </w:p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4" w15:restartNumberingAfterBreak="0">
    <w:nsid w:val="214E778C"/>
    <w:multiLevelType w:val="hybridMultilevel"/>
    <w:tmpl w:val="2CBA4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490783"/>
    <w:multiLevelType w:val="hybridMultilevel"/>
    <w:tmpl w:val="93F45B10"/>
    <w:lvl w:ilvl="0" w:tplc="8070C688">
      <w:start w:val="1"/>
      <w:numFmt w:val="decimal"/>
      <w:lvlText w:val="5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97AA1"/>
    <w:multiLevelType w:val="hybridMultilevel"/>
    <w:tmpl w:val="76FC08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36D5C"/>
    <w:multiLevelType w:val="multilevel"/>
    <w:tmpl w:val="40B6EEA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73B44E8"/>
    <w:multiLevelType w:val="hybridMultilevel"/>
    <w:tmpl w:val="65281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EE24BD"/>
    <w:multiLevelType w:val="hybridMultilevel"/>
    <w:tmpl w:val="3162E70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2D1B3333"/>
    <w:multiLevelType w:val="multilevel"/>
    <w:tmpl w:val="F2869A8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BE34392"/>
    <w:multiLevelType w:val="hybridMultilevel"/>
    <w:tmpl w:val="0E6493B6"/>
    <w:lvl w:ilvl="0" w:tplc="F8EC01E0">
      <w:start w:val="7"/>
      <w:numFmt w:val="decimal"/>
      <w:lvlText w:val="6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0482FD8"/>
    <w:multiLevelType w:val="hybridMultilevel"/>
    <w:tmpl w:val="5C2C9EBA"/>
    <w:lvl w:ilvl="0" w:tplc="0415000F">
      <w:start w:val="1"/>
      <w:numFmt w:val="decimal"/>
      <w:lvlText w:val="%1.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 w15:restartNumberingAfterBreak="0">
    <w:nsid w:val="52066F51"/>
    <w:multiLevelType w:val="multilevel"/>
    <w:tmpl w:val="7CFE8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59D2C98"/>
    <w:multiLevelType w:val="hybridMultilevel"/>
    <w:tmpl w:val="EB248638"/>
    <w:lvl w:ilvl="0" w:tplc="3B4644EA">
      <w:start w:val="1"/>
      <w:numFmt w:val="decimal"/>
      <w:lvlText w:val="4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030D4F"/>
    <w:multiLevelType w:val="multilevel"/>
    <w:tmpl w:val="81BA2B8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6" w15:restartNumberingAfterBreak="0">
    <w:nsid w:val="6F1245D0"/>
    <w:multiLevelType w:val="hybridMultilevel"/>
    <w:tmpl w:val="0960EAFE"/>
    <w:lvl w:ilvl="0" w:tplc="EB548C88">
      <w:start w:val="1"/>
      <w:numFmt w:val="decimal"/>
      <w:lvlText w:val="3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20759C9"/>
    <w:multiLevelType w:val="hybridMultilevel"/>
    <w:tmpl w:val="9B244E66"/>
    <w:lvl w:ilvl="0" w:tplc="EB548C88">
      <w:start w:val="1"/>
      <w:numFmt w:val="decimal"/>
      <w:lvlText w:val="3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30587"/>
    <w:multiLevelType w:val="multilevel"/>
    <w:tmpl w:val="75B88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3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b/>
      </w:rPr>
    </w:lvl>
  </w:abstractNum>
  <w:abstractNum w:abstractNumId="29" w15:restartNumberingAfterBreak="0">
    <w:nsid w:val="73251D96"/>
    <w:multiLevelType w:val="hybridMultilevel"/>
    <w:tmpl w:val="6A0A9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C2BAC"/>
    <w:multiLevelType w:val="hybridMultilevel"/>
    <w:tmpl w:val="CDCE132A"/>
    <w:lvl w:ilvl="0" w:tplc="72708E38">
      <w:start w:val="1"/>
      <w:numFmt w:val="decimal"/>
      <w:lvlText w:val="6.%1"/>
      <w:lvlJc w:val="left"/>
      <w:pPr>
        <w:ind w:left="502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30581"/>
    <w:multiLevelType w:val="multilevel"/>
    <w:tmpl w:val="626C34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B43157E"/>
    <w:multiLevelType w:val="hybridMultilevel"/>
    <w:tmpl w:val="57689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7A2D5F"/>
    <w:multiLevelType w:val="multilevel"/>
    <w:tmpl w:val="AF6C3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1170567">
    <w:abstractNumId w:val="8"/>
  </w:num>
  <w:num w:numId="2" w16cid:durableId="1007486213">
    <w:abstractNumId w:val="6"/>
  </w:num>
  <w:num w:numId="3" w16cid:durableId="324478307">
    <w:abstractNumId w:val="5"/>
  </w:num>
  <w:num w:numId="4" w16cid:durableId="1164514767">
    <w:abstractNumId w:val="4"/>
  </w:num>
  <w:num w:numId="5" w16cid:durableId="149833393">
    <w:abstractNumId w:val="7"/>
  </w:num>
  <w:num w:numId="6" w16cid:durableId="1282496944">
    <w:abstractNumId w:val="3"/>
  </w:num>
  <w:num w:numId="7" w16cid:durableId="243610737">
    <w:abstractNumId w:val="2"/>
  </w:num>
  <w:num w:numId="8" w16cid:durableId="1806045607">
    <w:abstractNumId w:val="1"/>
  </w:num>
  <w:num w:numId="9" w16cid:durableId="2026470106">
    <w:abstractNumId w:val="0"/>
  </w:num>
  <w:num w:numId="10" w16cid:durableId="751396621">
    <w:abstractNumId w:val="16"/>
  </w:num>
  <w:num w:numId="11" w16cid:durableId="1433815602">
    <w:abstractNumId w:val="14"/>
  </w:num>
  <w:num w:numId="12" w16cid:durableId="1389569981">
    <w:abstractNumId w:val="18"/>
  </w:num>
  <w:num w:numId="13" w16cid:durableId="1912227323">
    <w:abstractNumId w:val="32"/>
  </w:num>
  <w:num w:numId="14" w16cid:durableId="1632174560">
    <w:abstractNumId w:val="28"/>
  </w:num>
  <w:num w:numId="15" w16cid:durableId="1304389449">
    <w:abstractNumId w:val="25"/>
  </w:num>
  <w:num w:numId="16" w16cid:durableId="1857495379">
    <w:abstractNumId w:val="17"/>
  </w:num>
  <w:num w:numId="17" w16cid:durableId="571891060">
    <w:abstractNumId w:val="31"/>
  </w:num>
  <w:num w:numId="18" w16cid:durableId="1397627874">
    <w:abstractNumId w:val="20"/>
  </w:num>
  <w:num w:numId="19" w16cid:durableId="1803767955">
    <w:abstractNumId w:val="10"/>
  </w:num>
  <w:num w:numId="20" w16cid:durableId="967783418">
    <w:abstractNumId w:val="33"/>
  </w:num>
  <w:num w:numId="21" w16cid:durableId="355891328">
    <w:abstractNumId w:val="23"/>
  </w:num>
  <w:num w:numId="22" w16cid:durableId="891573252">
    <w:abstractNumId w:val="26"/>
  </w:num>
  <w:num w:numId="23" w16cid:durableId="842739771">
    <w:abstractNumId w:val="27"/>
  </w:num>
  <w:num w:numId="24" w16cid:durableId="657733537">
    <w:abstractNumId w:val="24"/>
  </w:num>
  <w:num w:numId="25" w16cid:durableId="2103724107">
    <w:abstractNumId w:val="15"/>
  </w:num>
  <w:num w:numId="26" w16cid:durableId="776634000">
    <w:abstractNumId w:val="19"/>
  </w:num>
  <w:num w:numId="27" w16cid:durableId="1496843697">
    <w:abstractNumId w:val="30"/>
  </w:num>
  <w:num w:numId="28" w16cid:durableId="650985853">
    <w:abstractNumId w:val="13"/>
  </w:num>
  <w:num w:numId="29" w16cid:durableId="1170489073">
    <w:abstractNumId w:val="29"/>
  </w:num>
  <w:num w:numId="30" w16cid:durableId="1934166304">
    <w:abstractNumId w:val="21"/>
  </w:num>
  <w:num w:numId="31" w16cid:durableId="228198369">
    <w:abstractNumId w:val="11"/>
  </w:num>
  <w:num w:numId="32" w16cid:durableId="1179615229">
    <w:abstractNumId w:val="9"/>
  </w:num>
  <w:num w:numId="33" w16cid:durableId="825049329">
    <w:abstractNumId w:val="12"/>
  </w:num>
  <w:num w:numId="34" w16cid:durableId="185873636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63C3"/>
    <w:rsid w:val="000B38FA"/>
    <w:rsid w:val="001139E8"/>
    <w:rsid w:val="00127E04"/>
    <w:rsid w:val="0013361B"/>
    <w:rsid w:val="0015074B"/>
    <w:rsid w:val="001F6756"/>
    <w:rsid w:val="0029639D"/>
    <w:rsid w:val="003109FD"/>
    <w:rsid w:val="003268A6"/>
    <w:rsid w:val="00326F90"/>
    <w:rsid w:val="003D3961"/>
    <w:rsid w:val="0049714E"/>
    <w:rsid w:val="005157B1"/>
    <w:rsid w:val="005B7FCD"/>
    <w:rsid w:val="00603CEF"/>
    <w:rsid w:val="00620607"/>
    <w:rsid w:val="00663858"/>
    <w:rsid w:val="006830FF"/>
    <w:rsid w:val="006D59EA"/>
    <w:rsid w:val="007D3EA8"/>
    <w:rsid w:val="00882E06"/>
    <w:rsid w:val="008E0FD6"/>
    <w:rsid w:val="008F48D5"/>
    <w:rsid w:val="00900459"/>
    <w:rsid w:val="00933BEE"/>
    <w:rsid w:val="009E3FE8"/>
    <w:rsid w:val="00A013A9"/>
    <w:rsid w:val="00AA1D8D"/>
    <w:rsid w:val="00B029F0"/>
    <w:rsid w:val="00B038CD"/>
    <w:rsid w:val="00B47730"/>
    <w:rsid w:val="00C53F1C"/>
    <w:rsid w:val="00C830E5"/>
    <w:rsid w:val="00CA2471"/>
    <w:rsid w:val="00CB0664"/>
    <w:rsid w:val="00CB4A40"/>
    <w:rsid w:val="00CF176A"/>
    <w:rsid w:val="00E26C03"/>
    <w:rsid w:val="00E468B7"/>
    <w:rsid w:val="00E77508"/>
    <w:rsid w:val="00EE3C68"/>
    <w:rsid w:val="00FB45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AA60E2"/>
  <w14:defaultImageDpi w14:val="300"/>
  <w15:docId w15:val="{247E93ED-DFE3-4241-A7BB-A36894ED0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62060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38CD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E468B7"/>
  </w:style>
  <w:style w:type="paragraph" w:styleId="NormalnyWeb">
    <w:name w:val="Normal (Web)"/>
    <w:basedOn w:val="Normalny"/>
    <w:uiPriority w:val="99"/>
    <w:unhideWhenUsed/>
    <w:rsid w:val="0066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5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ekretariat@osskic.org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sskic.org.pl/konkursy/kon_2026_01_05/pliki/regulamin%20tradycje%20kuchni%20polskiej%202026.docx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kretariat@osskic.org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2447</Words>
  <Characters>14685</Characters>
  <Application>Microsoft Office Word</Application>
  <DocSecurity>0</DocSecurity>
  <Lines>122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17098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Robert Steciuk</cp:lastModifiedBy>
  <cp:revision>11</cp:revision>
  <dcterms:created xsi:type="dcterms:W3CDTF">2025-12-15T21:52:00Z</dcterms:created>
  <dcterms:modified xsi:type="dcterms:W3CDTF">2026-01-06T18:15:00Z</dcterms:modified>
  <cp:category/>
</cp:coreProperties>
</file>